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F71A8F" w14:textId="441F2BDA" w:rsidR="001344DC" w:rsidRPr="00102D5C" w:rsidRDefault="00CF4B45" w:rsidP="00102D5C">
      <w:pPr>
        <w:pStyle w:val="berschrift1"/>
        <w:jc w:val="center"/>
        <w:rPr>
          <w:sz w:val="40"/>
          <w:szCs w:val="40"/>
          <w:lang w:val="de-DE"/>
        </w:rPr>
      </w:pPr>
      <w:r>
        <w:rPr>
          <w:rFonts w:ascii="Arial" w:hAnsi="Arial" w:cs="Arial"/>
          <w:noProof/>
          <w:sz w:val="20"/>
          <w:lang w:eastAsia="de-DE"/>
        </w:rPr>
        <w:drawing>
          <wp:anchor distT="0" distB="0" distL="114300" distR="114300" simplePos="0" relativeHeight="251657216" behindDoc="1" locked="0" layoutInCell="1" allowOverlap="1" wp14:anchorId="34C4EA2D" wp14:editId="056E3F98">
            <wp:simplePos x="0" y="0"/>
            <wp:positionH relativeFrom="column">
              <wp:posOffset>3448050</wp:posOffset>
            </wp:positionH>
            <wp:positionV relativeFrom="paragraph">
              <wp:posOffset>-76200</wp:posOffset>
            </wp:positionV>
            <wp:extent cx="2028825" cy="1524000"/>
            <wp:effectExtent l="0" t="0" r="9525" b="0"/>
            <wp:wrapTight wrapText="bothSides">
              <wp:wrapPolygon edited="0">
                <wp:start x="0" y="0"/>
                <wp:lineTo x="0" y="21330"/>
                <wp:lineTo x="21499" y="21330"/>
                <wp:lineTo x="21499" y="0"/>
                <wp:lineTo x="0" y="0"/>
              </wp:wrapPolygon>
            </wp:wrapTight>
            <wp:docPr id="2" name="Grafik 2" descr="E:\ZEUGNISERSTELLUNG bitte nicht löschen!!!\00 Erstellung mit MS Office ab 2023\Erstellung der Druckvorlagen 2Hj\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ZEUGNISERSTELLUNG bitte nicht löschen!!!\00 Erstellung mit MS Office ab 2023\Erstellung der Druckvorlagen 2Hj\logo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102D5C">
        <w:rPr>
          <w:sz w:val="40"/>
          <w:szCs w:val="40"/>
          <w:lang w:val="de-DE"/>
        </w:rPr>
        <w:t>Zukunftskonferenz – Reflexionsbogen für Schülerinnen und Schüler</w:t>
      </w:r>
    </w:p>
    <w:p w14:paraId="06798AED" w14:textId="77777777" w:rsidR="00102D5C" w:rsidRDefault="00102D5C">
      <w:pPr>
        <w:rPr>
          <w:lang w:val="de-DE"/>
        </w:rPr>
      </w:pPr>
    </w:p>
    <w:p w14:paraId="5344DFA5" w14:textId="77777777" w:rsidR="00CF4B45" w:rsidRDefault="00CF4B45">
      <w:pPr>
        <w:rPr>
          <w:b/>
          <w:bCs/>
          <w:lang w:val="de-DE"/>
        </w:rPr>
      </w:pPr>
    </w:p>
    <w:p w14:paraId="35C2BBAA" w14:textId="7AE2362A" w:rsidR="001344DC" w:rsidRPr="00102D5C" w:rsidRDefault="00000000">
      <w:pPr>
        <w:rPr>
          <w:b/>
          <w:bCs/>
          <w:lang w:val="de-DE"/>
        </w:rPr>
      </w:pPr>
      <w:r w:rsidRPr="00102D5C">
        <w:rPr>
          <w:b/>
          <w:bCs/>
          <w:lang w:val="de-DE"/>
        </w:rPr>
        <w:t>Im Rahmen der Zukunftskonferenz beantworten Schülerinnen und Schüler Fragen zu ihrer beruflichen und persönlichen Zukunft.</w:t>
      </w:r>
    </w:p>
    <w:p w14:paraId="6CC96F6C" w14:textId="77777777" w:rsidR="00102D5C" w:rsidRDefault="00102D5C">
      <w:pPr>
        <w:pStyle w:val="berschrift2"/>
        <w:rPr>
          <w:lang w:val="de-DE"/>
        </w:rPr>
      </w:pPr>
    </w:p>
    <w:p w14:paraId="0AA628D3" w14:textId="7FD36B54" w:rsidR="001344DC" w:rsidRPr="00CF4B45" w:rsidRDefault="00000000">
      <w:pPr>
        <w:pStyle w:val="berschrift2"/>
        <w:rPr>
          <w:u w:val="single"/>
          <w:lang w:val="de-DE"/>
        </w:rPr>
      </w:pPr>
      <w:r w:rsidRPr="00CF4B45">
        <w:rPr>
          <w:u w:val="single"/>
          <w:lang w:val="de-DE"/>
        </w:rPr>
        <w:t>Fragen:</w:t>
      </w:r>
    </w:p>
    <w:p w14:paraId="54631C30" w14:textId="77777777" w:rsidR="00CF4B45" w:rsidRDefault="00CF4B45">
      <w:pPr>
        <w:rPr>
          <w:lang w:val="de-DE"/>
        </w:rPr>
        <w:sectPr w:rsidR="00CF4B45" w:rsidSect="00034616">
          <w:headerReference w:type="default" r:id="rId9"/>
          <w:footerReference w:type="default" r:id="rId10"/>
          <w:pgSz w:w="12240" w:h="15840"/>
          <w:pgMar w:top="1440" w:right="1800" w:bottom="1440" w:left="1800" w:header="720" w:footer="720" w:gutter="0"/>
          <w:cols w:space="720"/>
          <w:docGrid w:linePitch="360"/>
        </w:sectPr>
      </w:pPr>
    </w:p>
    <w:p w14:paraId="6AF72CB1" w14:textId="277A8281" w:rsidR="00CF4B45" w:rsidRDefault="00000000">
      <w:pPr>
        <w:rPr>
          <w:lang w:val="de-DE"/>
        </w:rPr>
      </w:pPr>
      <w:r w:rsidRPr="00401902">
        <w:rPr>
          <w:b/>
          <w:bCs/>
          <w:lang w:val="de-DE"/>
        </w:rPr>
        <w:t>1.</w:t>
      </w:r>
      <w:r w:rsidRPr="00102D5C">
        <w:rPr>
          <w:lang w:val="de-DE"/>
        </w:rPr>
        <w:t xml:space="preserve"> Welche beruflichen Interessen habe ich aktuell?</w:t>
      </w:r>
    </w:p>
    <w:p w14:paraId="3DA0C367" w14:textId="77777777" w:rsidR="00CF4B45" w:rsidRDefault="00CF4B45">
      <w:pPr>
        <w:rPr>
          <w:lang w:val="de-DE"/>
        </w:rPr>
      </w:pPr>
    </w:p>
    <w:p w14:paraId="38324C56" w14:textId="77777777" w:rsidR="00CF4B45" w:rsidRPr="00102D5C" w:rsidRDefault="00CF4B45">
      <w:pPr>
        <w:rPr>
          <w:lang w:val="de-DE"/>
        </w:rPr>
      </w:pPr>
    </w:p>
    <w:p w14:paraId="7012819D" w14:textId="77777777" w:rsidR="001344DC" w:rsidRDefault="00000000">
      <w:pPr>
        <w:rPr>
          <w:lang w:val="de-DE"/>
        </w:rPr>
      </w:pPr>
      <w:r w:rsidRPr="00401902">
        <w:rPr>
          <w:b/>
          <w:bCs/>
          <w:lang w:val="de-DE"/>
        </w:rPr>
        <w:t>2.</w:t>
      </w:r>
      <w:r w:rsidRPr="00102D5C">
        <w:rPr>
          <w:lang w:val="de-DE"/>
        </w:rPr>
        <w:t xml:space="preserve"> Welche Praktika interessieren mich? Warum?</w:t>
      </w:r>
    </w:p>
    <w:p w14:paraId="3C86FB7D" w14:textId="77777777" w:rsidR="00CF4B45" w:rsidRDefault="00CF4B45">
      <w:pPr>
        <w:rPr>
          <w:lang w:val="de-DE"/>
        </w:rPr>
      </w:pPr>
    </w:p>
    <w:p w14:paraId="181A1B5F" w14:textId="77777777" w:rsidR="00CF4B45" w:rsidRPr="00102D5C" w:rsidRDefault="00CF4B45">
      <w:pPr>
        <w:rPr>
          <w:lang w:val="de-DE"/>
        </w:rPr>
      </w:pPr>
    </w:p>
    <w:p w14:paraId="11034AD7" w14:textId="77777777" w:rsidR="001344DC" w:rsidRDefault="00000000">
      <w:pPr>
        <w:rPr>
          <w:lang w:val="de-DE"/>
        </w:rPr>
      </w:pPr>
      <w:r w:rsidRPr="00401902">
        <w:rPr>
          <w:b/>
          <w:bCs/>
          <w:lang w:val="de-DE"/>
        </w:rPr>
        <w:t>3.</w:t>
      </w:r>
      <w:r w:rsidRPr="00102D5C">
        <w:rPr>
          <w:lang w:val="de-DE"/>
        </w:rPr>
        <w:t xml:space="preserve"> Welche persönlichen Stärken bringe ich mit?</w:t>
      </w:r>
    </w:p>
    <w:p w14:paraId="4EE8D348" w14:textId="77777777" w:rsidR="00CF4B45" w:rsidRDefault="00CF4B45">
      <w:pPr>
        <w:rPr>
          <w:lang w:val="de-DE"/>
        </w:rPr>
      </w:pPr>
    </w:p>
    <w:p w14:paraId="3D9DC722" w14:textId="77777777" w:rsidR="00CF4B45" w:rsidRPr="00102D5C" w:rsidRDefault="00CF4B45">
      <w:pPr>
        <w:rPr>
          <w:lang w:val="de-DE"/>
        </w:rPr>
      </w:pPr>
    </w:p>
    <w:p w14:paraId="465AD5AC" w14:textId="77777777" w:rsidR="001344DC" w:rsidRDefault="00000000">
      <w:pPr>
        <w:rPr>
          <w:lang w:val="de-DE"/>
        </w:rPr>
      </w:pPr>
      <w:r w:rsidRPr="00401902">
        <w:rPr>
          <w:b/>
          <w:bCs/>
          <w:lang w:val="de-DE"/>
        </w:rPr>
        <w:t>4.</w:t>
      </w:r>
      <w:r w:rsidRPr="00102D5C">
        <w:rPr>
          <w:lang w:val="de-DE"/>
        </w:rPr>
        <w:t xml:space="preserve"> Welche Schwächen möchte ich verbessern?</w:t>
      </w:r>
    </w:p>
    <w:p w14:paraId="6EFE21BB" w14:textId="77777777" w:rsidR="00CF4B45" w:rsidRDefault="00CF4B45">
      <w:pPr>
        <w:rPr>
          <w:lang w:val="de-DE"/>
        </w:rPr>
      </w:pPr>
    </w:p>
    <w:p w14:paraId="70D3BDB4" w14:textId="77777777" w:rsidR="00CF4B45" w:rsidRDefault="00CF4B45">
      <w:pPr>
        <w:rPr>
          <w:lang w:val="de-DE"/>
        </w:rPr>
      </w:pPr>
    </w:p>
    <w:p w14:paraId="0AB0EEC8" w14:textId="77777777" w:rsidR="00CF4B45" w:rsidRPr="00102D5C" w:rsidRDefault="00CF4B45">
      <w:pPr>
        <w:rPr>
          <w:lang w:val="de-DE"/>
        </w:rPr>
      </w:pPr>
    </w:p>
    <w:p w14:paraId="25C410D6" w14:textId="77777777" w:rsidR="001344DC" w:rsidRDefault="00000000">
      <w:pPr>
        <w:rPr>
          <w:lang w:val="de-DE"/>
        </w:rPr>
      </w:pPr>
      <w:r w:rsidRPr="00401902">
        <w:rPr>
          <w:b/>
          <w:bCs/>
          <w:lang w:val="de-DE"/>
        </w:rPr>
        <w:t>5.</w:t>
      </w:r>
      <w:r w:rsidRPr="00102D5C">
        <w:rPr>
          <w:lang w:val="de-DE"/>
        </w:rPr>
        <w:t xml:space="preserve"> Welche Hobbys oder Freizeitaktivitäten machen mir Spaß?</w:t>
      </w:r>
    </w:p>
    <w:p w14:paraId="64F20D13" w14:textId="77777777" w:rsidR="00CF4B45" w:rsidRDefault="00CF4B45">
      <w:pPr>
        <w:rPr>
          <w:lang w:val="de-DE"/>
        </w:rPr>
      </w:pPr>
    </w:p>
    <w:p w14:paraId="6FD98811" w14:textId="77777777" w:rsidR="00CF4B45" w:rsidRPr="00102D5C" w:rsidRDefault="00CF4B45">
      <w:pPr>
        <w:rPr>
          <w:lang w:val="de-DE"/>
        </w:rPr>
      </w:pPr>
    </w:p>
    <w:p w14:paraId="6DC6A40D" w14:textId="77777777" w:rsidR="001344DC" w:rsidRDefault="00000000">
      <w:pPr>
        <w:rPr>
          <w:lang w:val="de-DE"/>
        </w:rPr>
      </w:pPr>
      <w:r w:rsidRPr="00401902">
        <w:rPr>
          <w:b/>
          <w:bCs/>
          <w:lang w:val="de-DE"/>
        </w:rPr>
        <w:t>6.</w:t>
      </w:r>
      <w:r w:rsidRPr="00102D5C">
        <w:rPr>
          <w:lang w:val="de-DE"/>
        </w:rPr>
        <w:t xml:space="preserve"> Welche Wahlpflicht- oder Ergänzungskurse interessieren mich? Warum?</w:t>
      </w:r>
    </w:p>
    <w:p w14:paraId="515F2A73" w14:textId="77777777" w:rsidR="00CF4B45" w:rsidRDefault="00CF4B45">
      <w:pPr>
        <w:rPr>
          <w:lang w:val="de-DE"/>
        </w:rPr>
      </w:pPr>
    </w:p>
    <w:p w14:paraId="362B7C66" w14:textId="77777777" w:rsidR="00CF4B45" w:rsidRDefault="00CF4B45">
      <w:pPr>
        <w:rPr>
          <w:lang w:val="de-DE"/>
        </w:rPr>
      </w:pPr>
    </w:p>
    <w:p w14:paraId="78907D68" w14:textId="60158F68" w:rsidR="001344DC" w:rsidRDefault="00000000">
      <w:pPr>
        <w:rPr>
          <w:lang w:val="de-DE"/>
        </w:rPr>
      </w:pPr>
      <w:r w:rsidRPr="00401902">
        <w:rPr>
          <w:b/>
          <w:bCs/>
          <w:lang w:val="de-DE"/>
        </w:rPr>
        <w:t>7.</w:t>
      </w:r>
      <w:r w:rsidRPr="00102D5C">
        <w:rPr>
          <w:lang w:val="de-DE"/>
        </w:rPr>
        <w:t xml:space="preserve"> Wo sehe ich mich in fünf Jahren?</w:t>
      </w:r>
    </w:p>
    <w:p w14:paraId="43F3A91A" w14:textId="77777777" w:rsidR="00CF4B45" w:rsidRDefault="00CF4B45">
      <w:pPr>
        <w:rPr>
          <w:lang w:val="de-DE"/>
        </w:rPr>
      </w:pPr>
    </w:p>
    <w:p w14:paraId="41EF3271" w14:textId="77777777" w:rsidR="00CF4B45" w:rsidRPr="00102D5C" w:rsidRDefault="00CF4B45">
      <w:pPr>
        <w:rPr>
          <w:lang w:val="de-DE"/>
        </w:rPr>
      </w:pPr>
    </w:p>
    <w:p w14:paraId="5A27F431" w14:textId="77777777" w:rsidR="001344DC" w:rsidRPr="00102D5C" w:rsidRDefault="00000000">
      <w:pPr>
        <w:rPr>
          <w:lang w:val="de-DE"/>
        </w:rPr>
      </w:pPr>
      <w:r w:rsidRPr="00401902">
        <w:rPr>
          <w:b/>
          <w:bCs/>
          <w:lang w:val="de-DE"/>
        </w:rPr>
        <w:t>8.</w:t>
      </w:r>
      <w:r w:rsidRPr="00102D5C">
        <w:rPr>
          <w:lang w:val="de-DE"/>
        </w:rPr>
        <w:t xml:space="preserve"> Welche Unterstützung benötige ich, um meine Ziele zu erreichen?</w:t>
      </w:r>
    </w:p>
    <w:sectPr w:rsidR="001344DC" w:rsidRPr="00102D5C" w:rsidSect="00CF4B45">
      <w:type w:val="continuous"/>
      <w:pgSz w:w="12240" w:h="15840"/>
      <w:pgMar w:top="1440" w:right="1800" w:bottom="1440" w:left="1800" w:header="720" w:footer="720" w:gutter="0"/>
      <w:cols w:num="2"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D911EC" w14:textId="77777777" w:rsidR="009056D8" w:rsidRDefault="009056D8" w:rsidP="00CF4B45">
      <w:pPr>
        <w:spacing w:after="0" w:line="240" w:lineRule="auto"/>
      </w:pPr>
      <w:r>
        <w:separator/>
      </w:r>
    </w:p>
  </w:endnote>
  <w:endnote w:type="continuationSeparator" w:id="0">
    <w:p w14:paraId="6A76CA80" w14:textId="77777777" w:rsidR="009056D8" w:rsidRDefault="009056D8" w:rsidP="00CF4B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jc w:val="right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8208"/>
      <w:gridCol w:w="432"/>
    </w:tblGrid>
    <w:tr w:rsidR="00CF4B45" w14:paraId="3CDF482F" w14:textId="77777777">
      <w:trPr>
        <w:jc w:val="right"/>
      </w:trPr>
      <w:tc>
        <w:tcPr>
          <w:tcW w:w="4795" w:type="dxa"/>
          <w:vAlign w:val="center"/>
        </w:tcPr>
        <w:sdt>
          <w:sdtPr>
            <w:rPr>
              <w:caps/>
              <w:color w:val="000000" w:themeColor="text1"/>
            </w:rPr>
            <w:alias w:val="Autor"/>
            <w:tag w:val=""/>
            <w:id w:val="1534539408"/>
            <w:placeholder>
              <w:docPart w:val="711C06328F494C12B7486434BE94EB5F"/>
            </w:placeholder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Content>
            <w:p w14:paraId="2E44A393" w14:textId="70ECC880" w:rsidR="00CF4B45" w:rsidRDefault="00CF4B45">
              <w:pPr>
                <w:pStyle w:val="Kopfzeile"/>
                <w:jc w:val="right"/>
                <w:rPr>
                  <w:caps/>
                  <w:color w:val="000000" w:themeColor="text1"/>
                </w:rPr>
              </w:pPr>
              <w:r>
                <w:rPr>
                  <w:caps/>
                  <w:color w:val="000000" w:themeColor="text1"/>
                </w:rPr>
                <w:t>BERUFSWAHL - ZUKUNFTSKONFERENZ</w:t>
              </w:r>
            </w:p>
          </w:sdtContent>
        </w:sdt>
      </w:tc>
      <w:tc>
        <w:tcPr>
          <w:tcW w:w="250" w:type="pct"/>
          <w:shd w:val="clear" w:color="auto" w:fill="C0504D" w:themeFill="accent2"/>
          <w:vAlign w:val="center"/>
        </w:tcPr>
        <w:p w14:paraId="1A43FA1F" w14:textId="53FD3858" w:rsidR="00CF4B45" w:rsidRDefault="00CF4B45" w:rsidP="00A84A2A">
          <w:pPr>
            <w:pStyle w:val="Fuzeile"/>
            <w:tabs>
              <w:tab w:val="clear" w:pos="4680"/>
              <w:tab w:val="clear" w:pos="9360"/>
            </w:tabs>
            <w:rPr>
              <w:color w:val="FFFFFF" w:themeColor="background1"/>
            </w:rPr>
          </w:pPr>
        </w:p>
      </w:tc>
    </w:tr>
  </w:tbl>
  <w:p w14:paraId="32EBCFBC" w14:textId="77777777" w:rsidR="00CF4B45" w:rsidRDefault="00CF4B45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4685EB" w14:textId="77777777" w:rsidR="009056D8" w:rsidRDefault="009056D8" w:rsidP="00CF4B45">
      <w:pPr>
        <w:spacing w:after="0" w:line="240" w:lineRule="auto"/>
      </w:pPr>
      <w:r>
        <w:separator/>
      </w:r>
    </w:p>
  </w:footnote>
  <w:footnote w:type="continuationSeparator" w:id="0">
    <w:p w14:paraId="3B911EE0" w14:textId="77777777" w:rsidR="009056D8" w:rsidRDefault="009056D8" w:rsidP="00CF4B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jc w:val="right"/>
      <w:shd w:val="clear" w:color="auto" w:fill="C0504D" w:themeFill="accent2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1616"/>
      <w:gridCol w:w="7024"/>
    </w:tblGrid>
    <w:tr w:rsidR="00A84A2A" w14:paraId="5853EFD0" w14:textId="77777777">
      <w:trPr>
        <w:jc w:val="right"/>
      </w:trPr>
      <w:tc>
        <w:tcPr>
          <w:tcW w:w="0" w:type="auto"/>
          <w:shd w:val="clear" w:color="auto" w:fill="C0504D" w:themeFill="accent2"/>
          <w:vAlign w:val="center"/>
        </w:tcPr>
        <w:p w14:paraId="3D9EE984" w14:textId="77777777" w:rsidR="00A84A2A" w:rsidRDefault="00A84A2A">
          <w:pPr>
            <w:pStyle w:val="Kopfzeile"/>
            <w:rPr>
              <w:caps/>
              <w:color w:val="FFFFFF" w:themeColor="background1"/>
            </w:rPr>
          </w:pPr>
        </w:p>
      </w:tc>
      <w:tc>
        <w:tcPr>
          <w:tcW w:w="0" w:type="auto"/>
          <w:shd w:val="clear" w:color="auto" w:fill="C0504D" w:themeFill="accent2"/>
          <w:vAlign w:val="center"/>
        </w:tcPr>
        <w:p w14:paraId="1471443F" w14:textId="28D03878" w:rsidR="00A84A2A" w:rsidRDefault="00A84A2A">
          <w:pPr>
            <w:pStyle w:val="Kopfzeile"/>
            <w:jc w:val="right"/>
            <w:rPr>
              <w:caps/>
              <w:color w:val="FFFFFF" w:themeColor="background1"/>
            </w:rPr>
          </w:pPr>
          <w:r>
            <w:rPr>
              <w:caps/>
              <w:color w:val="FFFFFF" w:themeColor="background1"/>
              <w:lang w:val="de-DE"/>
            </w:rPr>
            <w:t xml:space="preserve"> </w:t>
          </w:r>
          <w:sdt>
            <w:sdtPr>
              <w:rPr>
                <w:caps/>
                <w:color w:val="FFFFFF" w:themeColor="background1"/>
              </w:rPr>
              <w:alias w:val="Titel"/>
              <w:tag w:val=""/>
              <w:id w:val="-773790484"/>
              <w:placeholder>
                <w:docPart w:val="4DEC7818E43D475BB68963C960289CF9"/>
              </w:placeholder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:text/>
            </w:sdtPr>
            <w:sdtContent>
              <w:r>
                <w:rPr>
                  <w:caps/>
                  <w:color w:val="FFFFFF" w:themeColor="background1"/>
                </w:rPr>
                <w:t>[NAME]</w:t>
              </w:r>
            </w:sdtContent>
          </w:sdt>
        </w:p>
      </w:tc>
    </w:tr>
  </w:tbl>
  <w:p w14:paraId="2A98287B" w14:textId="77777777" w:rsidR="00A84A2A" w:rsidRDefault="00A84A2A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numm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numm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Aufzhlungszeichen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Aufzhlungszeichen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707140789">
    <w:abstractNumId w:val="8"/>
  </w:num>
  <w:num w:numId="2" w16cid:durableId="1195919864">
    <w:abstractNumId w:val="6"/>
  </w:num>
  <w:num w:numId="3" w16cid:durableId="1595892309">
    <w:abstractNumId w:val="5"/>
  </w:num>
  <w:num w:numId="4" w16cid:durableId="93746917">
    <w:abstractNumId w:val="4"/>
  </w:num>
  <w:num w:numId="5" w16cid:durableId="779955378">
    <w:abstractNumId w:val="7"/>
  </w:num>
  <w:num w:numId="6" w16cid:durableId="347026513">
    <w:abstractNumId w:val="3"/>
  </w:num>
  <w:num w:numId="7" w16cid:durableId="1218083155">
    <w:abstractNumId w:val="2"/>
  </w:num>
  <w:num w:numId="8" w16cid:durableId="1687056441">
    <w:abstractNumId w:val="1"/>
  </w:num>
  <w:num w:numId="9" w16cid:durableId="10420229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02D5C"/>
    <w:rsid w:val="001344DC"/>
    <w:rsid w:val="0015074B"/>
    <w:rsid w:val="0029639D"/>
    <w:rsid w:val="00326F90"/>
    <w:rsid w:val="00401902"/>
    <w:rsid w:val="004E781C"/>
    <w:rsid w:val="009056D8"/>
    <w:rsid w:val="00A175EC"/>
    <w:rsid w:val="00A84A2A"/>
    <w:rsid w:val="00AA1D8D"/>
    <w:rsid w:val="00B47730"/>
    <w:rsid w:val="00CB0664"/>
    <w:rsid w:val="00CF4B45"/>
    <w:rsid w:val="00D96CA5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8E60981"/>
  <w14:defaultImageDpi w14:val="300"/>
  <w15:docId w15:val="{E7E69914-E838-4B55-91FA-1F1A5D9A2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FC693F"/>
  </w:style>
  <w:style w:type="paragraph" w:styleId="berschrift1">
    <w:name w:val="heading 1"/>
    <w:basedOn w:val="Standard"/>
    <w:next w:val="Standard"/>
    <w:link w:val="berschrift1Zchn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E618BF"/>
  </w:style>
  <w:style w:type="paragraph" w:styleId="Fuzeile">
    <w:name w:val="footer"/>
    <w:basedOn w:val="Standard"/>
    <w:link w:val="FuzeileZchn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E618BF"/>
  </w:style>
  <w:style w:type="paragraph" w:styleId="KeinLeerraum">
    <w:name w:val="No Spacing"/>
    <w:uiPriority w:val="1"/>
    <w:qFormat/>
    <w:rsid w:val="00FC693F"/>
    <w:pPr>
      <w:spacing w:after="0" w:line="240" w:lineRule="auto"/>
    </w:pPr>
  </w:style>
  <w:style w:type="character" w:customStyle="1" w:styleId="berschrift1Zchn">
    <w:name w:val="Überschrift 1 Zchn"/>
    <w:basedOn w:val="Absatz-Standardschriftart"/>
    <w:link w:val="berschrift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el">
    <w:name w:val="Title"/>
    <w:basedOn w:val="Standard"/>
    <w:next w:val="Standard"/>
    <w:link w:val="TitelZchn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nabsatz">
    <w:name w:val="List Paragraph"/>
    <w:basedOn w:val="Standard"/>
    <w:uiPriority w:val="34"/>
    <w:qFormat/>
    <w:rsid w:val="00FC693F"/>
    <w:pPr>
      <w:ind w:left="720"/>
      <w:contextualSpacing/>
    </w:pPr>
  </w:style>
  <w:style w:type="paragraph" w:styleId="Textkrper">
    <w:name w:val="Body Text"/>
    <w:basedOn w:val="Standard"/>
    <w:link w:val="TextkrperZchn"/>
    <w:uiPriority w:val="99"/>
    <w:unhideWhenUsed/>
    <w:rsid w:val="00AA1D8D"/>
    <w:pPr>
      <w:spacing w:after="120"/>
    </w:pPr>
  </w:style>
  <w:style w:type="character" w:customStyle="1" w:styleId="TextkrperZchn">
    <w:name w:val="Textkörper Zchn"/>
    <w:basedOn w:val="Absatz-Standardschriftart"/>
    <w:link w:val="Textkrper"/>
    <w:uiPriority w:val="99"/>
    <w:rsid w:val="00AA1D8D"/>
  </w:style>
  <w:style w:type="paragraph" w:styleId="Textkrper2">
    <w:name w:val="Body Text 2"/>
    <w:basedOn w:val="Standard"/>
    <w:link w:val="Textkrper2Zchn"/>
    <w:uiPriority w:val="99"/>
    <w:unhideWhenUsed/>
    <w:rsid w:val="00AA1D8D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rsid w:val="00AA1D8D"/>
  </w:style>
  <w:style w:type="paragraph" w:styleId="Textkrper3">
    <w:name w:val="Body Text 3"/>
    <w:basedOn w:val="Standard"/>
    <w:link w:val="Textkrper3Zchn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krper3Zchn">
    <w:name w:val="Textkörper 3 Zchn"/>
    <w:basedOn w:val="Absatz-Standardschriftart"/>
    <w:link w:val="Textkrper3"/>
    <w:uiPriority w:val="99"/>
    <w:rsid w:val="00AA1D8D"/>
    <w:rPr>
      <w:sz w:val="16"/>
      <w:szCs w:val="16"/>
    </w:rPr>
  </w:style>
  <w:style w:type="paragraph" w:styleId="Liste">
    <w:name w:val="List"/>
    <w:basedOn w:val="Standard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Standard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Standard"/>
    <w:uiPriority w:val="99"/>
    <w:unhideWhenUsed/>
    <w:rsid w:val="00326F90"/>
    <w:pPr>
      <w:ind w:left="1080" w:hanging="360"/>
      <w:contextualSpacing/>
    </w:pPr>
  </w:style>
  <w:style w:type="paragraph" w:styleId="Aufzhlungszeichen">
    <w:name w:val="List Bullet"/>
    <w:basedOn w:val="Standard"/>
    <w:uiPriority w:val="99"/>
    <w:unhideWhenUsed/>
    <w:rsid w:val="00326F90"/>
    <w:pPr>
      <w:numPr>
        <w:numId w:val="1"/>
      </w:numPr>
      <w:contextualSpacing/>
    </w:pPr>
  </w:style>
  <w:style w:type="paragraph" w:styleId="Aufzhlungszeichen2">
    <w:name w:val="List Bullet 2"/>
    <w:basedOn w:val="Standard"/>
    <w:uiPriority w:val="99"/>
    <w:unhideWhenUsed/>
    <w:rsid w:val="00326F90"/>
    <w:pPr>
      <w:numPr>
        <w:numId w:val="2"/>
      </w:numPr>
      <w:contextualSpacing/>
    </w:pPr>
  </w:style>
  <w:style w:type="paragraph" w:styleId="Aufzhlungszeichen3">
    <w:name w:val="List Bullet 3"/>
    <w:basedOn w:val="Standard"/>
    <w:uiPriority w:val="99"/>
    <w:unhideWhenUsed/>
    <w:rsid w:val="00326F90"/>
    <w:pPr>
      <w:numPr>
        <w:numId w:val="3"/>
      </w:numPr>
      <w:contextualSpacing/>
    </w:pPr>
  </w:style>
  <w:style w:type="paragraph" w:styleId="Listennummer">
    <w:name w:val="List Number"/>
    <w:basedOn w:val="Standard"/>
    <w:uiPriority w:val="99"/>
    <w:unhideWhenUsed/>
    <w:rsid w:val="00326F90"/>
    <w:pPr>
      <w:numPr>
        <w:numId w:val="5"/>
      </w:numPr>
      <w:contextualSpacing/>
    </w:pPr>
  </w:style>
  <w:style w:type="paragraph" w:styleId="Listennummer2">
    <w:name w:val="List Number 2"/>
    <w:basedOn w:val="Standard"/>
    <w:uiPriority w:val="99"/>
    <w:unhideWhenUsed/>
    <w:rsid w:val="0029639D"/>
    <w:pPr>
      <w:numPr>
        <w:numId w:val="6"/>
      </w:numPr>
      <w:tabs>
        <w:tab w:val="clear" w:pos="720"/>
        <w:tab w:val="num" w:pos="360"/>
      </w:tabs>
      <w:ind w:left="0" w:firstLine="0"/>
      <w:contextualSpacing/>
    </w:pPr>
  </w:style>
  <w:style w:type="paragraph" w:styleId="Listennummer3">
    <w:name w:val="List Number 3"/>
    <w:basedOn w:val="Standard"/>
    <w:uiPriority w:val="99"/>
    <w:unhideWhenUsed/>
    <w:rsid w:val="0029639D"/>
    <w:pPr>
      <w:numPr>
        <w:numId w:val="7"/>
      </w:numPr>
      <w:contextualSpacing/>
    </w:pPr>
  </w:style>
  <w:style w:type="paragraph" w:styleId="Listenfortsetzung">
    <w:name w:val="List Continue"/>
    <w:basedOn w:val="Standard"/>
    <w:uiPriority w:val="99"/>
    <w:unhideWhenUsed/>
    <w:rsid w:val="0029639D"/>
    <w:pPr>
      <w:spacing w:after="120"/>
      <w:ind w:left="360"/>
      <w:contextualSpacing/>
    </w:pPr>
  </w:style>
  <w:style w:type="paragraph" w:styleId="Listenfortsetzung2">
    <w:name w:val="List Continue 2"/>
    <w:basedOn w:val="Standard"/>
    <w:uiPriority w:val="99"/>
    <w:unhideWhenUsed/>
    <w:rsid w:val="0029639D"/>
    <w:pPr>
      <w:spacing w:after="120"/>
      <w:ind w:left="720"/>
      <w:contextualSpacing/>
    </w:pPr>
  </w:style>
  <w:style w:type="paragraph" w:styleId="Listenfortsetzung3">
    <w:name w:val="List Continue 3"/>
    <w:basedOn w:val="Standard"/>
    <w:uiPriority w:val="99"/>
    <w:unhideWhenUsed/>
    <w:rsid w:val="0029639D"/>
    <w:pPr>
      <w:spacing w:after="120"/>
      <w:ind w:left="1080"/>
      <w:contextualSpacing/>
    </w:pPr>
  </w:style>
  <w:style w:type="paragraph" w:styleId="Makrotext">
    <w:name w:val="macro"/>
    <w:link w:val="MakrotextZchn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textZchn">
    <w:name w:val="Makrotext Zchn"/>
    <w:basedOn w:val="Absatz-Standardschriftart"/>
    <w:link w:val="Makrotext"/>
    <w:uiPriority w:val="99"/>
    <w:rsid w:val="0029639D"/>
    <w:rPr>
      <w:rFonts w:ascii="Courier" w:hAnsi="Courier"/>
      <w:sz w:val="20"/>
      <w:szCs w:val="20"/>
    </w:rPr>
  </w:style>
  <w:style w:type="paragraph" w:styleId="Zitat">
    <w:name w:val="Quote"/>
    <w:basedOn w:val="Standard"/>
    <w:next w:val="Standard"/>
    <w:link w:val="ZitatZchn"/>
    <w:uiPriority w:val="29"/>
    <w:qFormat/>
    <w:rsid w:val="00FC693F"/>
    <w:rPr>
      <w:i/>
      <w:iCs/>
      <w:color w:val="000000" w:themeColor="text1"/>
    </w:rPr>
  </w:style>
  <w:style w:type="character" w:customStyle="1" w:styleId="ZitatZchn">
    <w:name w:val="Zitat Zchn"/>
    <w:basedOn w:val="Absatz-Standardschriftart"/>
    <w:link w:val="Zitat"/>
    <w:uiPriority w:val="29"/>
    <w:rsid w:val="00FC693F"/>
    <w:rPr>
      <w:i/>
      <w:iCs/>
      <w:color w:val="000000" w:themeColor="text1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Beschriftung">
    <w:name w:val="caption"/>
    <w:basedOn w:val="Standard"/>
    <w:next w:val="Standard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ett">
    <w:name w:val="Strong"/>
    <w:basedOn w:val="Absatz-Standardschriftart"/>
    <w:uiPriority w:val="22"/>
    <w:qFormat/>
    <w:rsid w:val="00FC693F"/>
    <w:rPr>
      <w:b/>
      <w:bCs/>
    </w:rPr>
  </w:style>
  <w:style w:type="character" w:styleId="Hervorhebung">
    <w:name w:val="Emphasis"/>
    <w:basedOn w:val="Absatz-Standardschriftart"/>
    <w:uiPriority w:val="20"/>
    <w:qFormat/>
    <w:rsid w:val="00FC693F"/>
    <w:rPr>
      <w:i/>
      <w:iCs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FC693F"/>
    <w:rPr>
      <w:b/>
      <w:bCs/>
      <w:i/>
      <w:iCs/>
      <w:color w:val="4F81BD" w:themeColor="accent1"/>
    </w:rPr>
  </w:style>
  <w:style w:type="character" w:styleId="SchwacheHervorhebung">
    <w:name w:val="Subtle Emphasis"/>
    <w:basedOn w:val="Absatz-Standardschriftart"/>
    <w:uiPriority w:val="19"/>
    <w:qFormat/>
    <w:rsid w:val="00FC693F"/>
    <w:rPr>
      <w:i/>
      <w:iCs/>
      <w:color w:val="808080" w:themeColor="text1" w:themeTint="7F"/>
    </w:rPr>
  </w:style>
  <w:style w:type="character" w:styleId="IntensiveHervorhebung">
    <w:name w:val="Intense Emphasis"/>
    <w:basedOn w:val="Absatz-Standardschriftart"/>
    <w:uiPriority w:val="21"/>
    <w:qFormat/>
    <w:rsid w:val="00FC693F"/>
    <w:rPr>
      <w:b/>
      <w:bCs/>
      <w:i/>
      <w:iCs/>
      <w:color w:val="4F81BD" w:themeColor="accent1"/>
    </w:rPr>
  </w:style>
  <w:style w:type="character" w:styleId="SchwacherVerweis">
    <w:name w:val="Subtle Reference"/>
    <w:basedOn w:val="Absatz-Standardschriftart"/>
    <w:uiPriority w:val="31"/>
    <w:qFormat/>
    <w:rsid w:val="00FC693F"/>
    <w:rPr>
      <w:smallCaps/>
      <w:color w:val="C0504D" w:themeColor="accent2"/>
      <w:u w:val="single"/>
    </w:rPr>
  </w:style>
  <w:style w:type="character" w:styleId="IntensiverVerweis">
    <w:name w:val="Intense Reference"/>
    <w:basedOn w:val="Absatz-Standardschriftar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uchtitel">
    <w:name w:val="Book Title"/>
    <w:basedOn w:val="Absatz-Standardschriftart"/>
    <w:uiPriority w:val="33"/>
    <w:qFormat/>
    <w:rsid w:val="00FC693F"/>
    <w:rPr>
      <w:b/>
      <w:bCs/>
      <w:smallCaps/>
      <w:spacing w:val="5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FC693F"/>
    <w:pPr>
      <w:outlineLvl w:val="9"/>
    </w:pPr>
  </w:style>
  <w:style w:type="table" w:styleId="Tabellenraster">
    <w:name w:val="Table Grid"/>
    <w:basedOn w:val="NormaleTabel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HelleSchattierung">
    <w:name w:val="Light Shading"/>
    <w:basedOn w:val="NormaleTabel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HelleSchattierung-Akzent1">
    <w:name w:val="Light Shading Accent 1"/>
    <w:basedOn w:val="NormaleTabel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HelleSchattierung-Akzent2">
    <w:name w:val="Light Shading Accent 2"/>
    <w:basedOn w:val="NormaleTabel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HelleSchattierung-Akzent3">
    <w:name w:val="Light Shading Accent 3"/>
    <w:basedOn w:val="NormaleTabel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HelleSchattierung-Akzent4">
    <w:name w:val="Light Shading Accent 4"/>
    <w:basedOn w:val="NormaleTabel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HelleSchattierung-Akzent5">
    <w:name w:val="Light Shading Accent 5"/>
    <w:basedOn w:val="NormaleTabel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HelleSchattierung-Akzent6">
    <w:name w:val="Light Shading Accent 6"/>
    <w:basedOn w:val="NormaleTabel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HelleListe">
    <w:name w:val="Light List"/>
    <w:basedOn w:val="NormaleTabel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HelleListe-Akzent1">
    <w:name w:val="Light List Accent 1"/>
    <w:basedOn w:val="NormaleTabel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HelleListe-Akzent2">
    <w:name w:val="Light List Accent 2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HelleListe-Akzent3">
    <w:name w:val="Light List Accent 3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HelleListe-Akzent4">
    <w:name w:val="Light List Accent 4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HelleListe-Akzent5">
    <w:name w:val="Light List Accent 5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HelleListe-Akzent6">
    <w:name w:val="Light List Accent 6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HellesRaster">
    <w:name w:val="Light Grid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HellesRaster-Akzent1">
    <w:name w:val="Light Grid Accent 1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HellesRaster-Akzent2">
    <w:name w:val="Light Grid Accent 2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HellesRaster-Akzent3">
    <w:name w:val="Light Grid Accent 3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HellesRaster-Akzent4">
    <w:name w:val="Light Grid Accent 4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HellesRaster-Akzent5">
    <w:name w:val="Light Grid Accent 5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HellesRaster-Akzent6">
    <w:name w:val="Light Grid Accent 6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ittlereSchattierung1">
    <w:name w:val="Medium Shading 1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1">
    <w:name w:val="Medium Shading 1 Accent 1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2">
    <w:name w:val="Medium Shading 1 Accent 2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3">
    <w:name w:val="Medium Shading 1 Accent 3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4">
    <w:name w:val="Medium Shading 1 Accent 4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5">
    <w:name w:val="Medium Shading 1 Accent 5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6">
    <w:name w:val="Medium Shading 1 Accent 6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2">
    <w:name w:val="Medium Shading 2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1">
    <w:name w:val="Medium Shading 2 Accent 1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2">
    <w:name w:val="Medium Shading 2 Accent 2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3">
    <w:name w:val="Medium Shading 2 Accent 3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4">
    <w:name w:val="Medium Shading 2 Accent 4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5">
    <w:name w:val="Medium Shading 2 Accent 5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6">
    <w:name w:val="Medium Shading 2 Accent 6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Liste1">
    <w:name w:val="Medium List 1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ittlereListe1-Akzent1">
    <w:name w:val="Medium List 1 Accent 1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ittlereListe1-Akzent2">
    <w:name w:val="Medium List 1 Accent 2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ittlereListe1-Akzent3">
    <w:name w:val="Medium List 1 Accent 3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ittlereListe1-Akzent4">
    <w:name w:val="Medium List 1 Accent 4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ittlereListe1-Akzent5">
    <w:name w:val="Medium List 1 Accent 5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ittlereListe1-Akzent6">
    <w:name w:val="Medium List 1 Accent 6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ittlereListe2">
    <w:name w:val="Medium List 2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1">
    <w:name w:val="Medium List 2 Accent 1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2">
    <w:name w:val="Medium List 2 Accent 2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3">
    <w:name w:val="Medium List 2 Accent 3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4">
    <w:name w:val="Medium List 2 Accent 4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5">
    <w:name w:val="Medium List 2 Accent 5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6">
    <w:name w:val="Medium List 2 Accent 6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sRaster1">
    <w:name w:val="Medium Grid 1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ittleresRaster1-Akzent1">
    <w:name w:val="Medium Grid 1 Accent 1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ittleresRaster1-Akzent2">
    <w:name w:val="Medium Grid 1 Accent 2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ittleresRaster1-Akzent3">
    <w:name w:val="Medium Grid 1 Accent 3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ittleresRaster1-Akzent4">
    <w:name w:val="Medium Grid 1 Accent 4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ittleresRaster1-Akzent5">
    <w:name w:val="Medium Grid 1 Accent 5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ittleresRaster1-Akzent6">
    <w:name w:val="Medium Grid 1 Accent 6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ittleresRaster2">
    <w:name w:val="Medium Grid 2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1">
    <w:name w:val="Medium Grid 2 Accent 1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2">
    <w:name w:val="Medium Grid 2 Accent 2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3">
    <w:name w:val="Medium Grid 2 Accent 3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4">
    <w:name w:val="Medium Grid 2 Accent 4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5">
    <w:name w:val="Medium Grid 2 Accent 5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6">
    <w:name w:val="Medium Grid 2 Accent 6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3">
    <w:name w:val="Medium Grid 3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ittleresRaster3-Akzent1">
    <w:name w:val="Medium Grid 3 Accent 1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ittleresRaster3-Akzent2">
    <w:name w:val="Medium Grid 3 Accent 2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ittleresRaster3-Akzent3">
    <w:name w:val="Medium Grid 3 Accent 3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ittleresRaster3-Akzent4">
    <w:name w:val="Medium Grid 3 Accent 4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ittleresRaster3-Akzent5">
    <w:name w:val="Medium Grid 3 Accent 5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ittleresRaster3-Akzent6">
    <w:name w:val="Medium Grid 3 Accent 6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unkleListe">
    <w:name w:val="Dark List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unkleListe-Akzent1">
    <w:name w:val="Dark List Accent 1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unkleListe-Akzent2">
    <w:name w:val="Dark List Accent 2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unkleListe-Akzent3">
    <w:name w:val="Dark List Accent 3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unkleListe-Akzent4">
    <w:name w:val="Dark List Accent 4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unkleListe-Akzent5">
    <w:name w:val="Dark List Accent 5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unkleListe-Akzent6">
    <w:name w:val="Dark List Accent 6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FarbigeSchattierung">
    <w:name w:val="Colorful Shading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1">
    <w:name w:val="Colorful Shading Accent 1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2">
    <w:name w:val="Colorful Shading Accent 2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3">
    <w:name w:val="Colorful Shading Accent 3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bigeSchattierung-Akzent4">
    <w:name w:val="Colorful Shading Accent 4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5">
    <w:name w:val="Colorful Shading Accent 5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6">
    <w:name w:val="Colorful Shading Accent 6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Liste">
    <w:name w:val="Colorful List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FarbigeListe-Akzent1">
    <w:name w:val="Colorful List Accent 1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FarbigeListe-Akzent2">
    <w:name w:val="Colorful List Accent 2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FarbigeListe-Akzent3">
    <w:name w:val="Colorful List Accent 3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FarbigeListe-Akzent4">
    <w:name w:val="Colorful List Accent 4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FarbigeListe-Akzent5">
    <w:name w:val="Colorful List Accent 5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FarbigeListe-Akzent6">
    <w:name w:val="Colorful List Accent 6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FarbigesRaster">
    <w:name w:val="Colorful Grid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FarbigesRaster-Akzent1">
    <w:name w:val="Colorful Grid Accent 1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FarbigesRaster-Akzent2">
    <w:name w:val="Colorful Grid Accent 2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FarbigesRaster-Akzent3">
    <w:name w:val="Colorful Grid Accent 3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bigesRaster-Akzent4">
    <w:name w:val="Colorful Grid Accent 4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FarbigesRaster-Akzent5">
    <w:name w:val="Colorful Grid Accent 5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FarbigesRaster-Akzent6">
    <w:name w:val="Colorful Grid Accent 6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11C06328F494C12B7486434BE94EB5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29849B1-7C02-4963-AC74-2D64DCEDCCF8}"/>
      </w:docPartPr>
      <w:docPartBody>
        <w:p w:rsidR="00236594" w:rsidRDefault="000B16A0" w:rsidP="000B16A0">
          <w:pPr>
            <w:pStyle w:val="711C06328F494C12B7486434BE94EB5F"/>
          </w:pPr>
          <w:r>
            <w:rPr>
              <w:caps/>
              <w:color w:val="FFFFFF" w:themeColor="background1"/>
            </w:rPr>
            <w:t>[Name des Autors]</w:t>
          </w:r>
        </w:p>
      </w:docPartBody>
    </w:docPart>
    <w:docPart>
      <w:docPartPr>
        <w:name w:val="4DEC7818E43D475BB68963C960289CF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DD0870A-4A0F-4916-BB58-91C310863050}"/>
      </w:docPartPr>
      <w:docPartBody>
        <w:p w:rsidR="00000000" w:rsidRDefault="00236594" w:rsidP="00236594">
          <w:pPr>
            <w:pStyle w:val="4DEC7818E43D475BB68963C960289CF9"/>
          </w:pPr>
          <w:r>
            <w:rPr>
              <w:caps/>
              <w:color w:val="FFFFFF" w:themeColor="background1"/>
            </w:rPr>
            <w:t>[Dokumenttitel]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6A0"/>
    <w:rsid w:val="000B16A0"/>
    <w:rsid w:val="00236594"/>
    <w:rsid w:val="004E781C"/>
    <w:rsid w:val="00A175EC"/>
    <w:rsid w:val="00AA00CA"/>
    <w:rsid w:val="00FC0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DE" w:eastAsia="de-D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711C06328F494C12B7486434BE94EB5F">
    <w:name w:val="711C06328F494C12B7486434BE94EB5F"/>
    <w:rsid w:val="000B16A0"/>
  </w:style>
  <w:style w:type="paragraph" w:customStyle="1" w:styleId="E75AECC75A3D4DCDA26C546D5027960B">
    <w:name w:val="E75AECC75A3D4DCDA26C546D5027960B"/>
    <w:rsid w:val="00236594"/>
  </w:style>
  <w:style w:type="character" w:styleId="Platzhaltertext">
    <w:name w:val="Placeholder Text"/>
    <w:basedOn w:val="Absatz-Standardschriftart"/>
    <w:uiPriority w:val="99"/>
    <w:semiHidden/>
    <w:rsid w:val="00236594"/>
    <w:rPr>
      <w:color w:val="808080"/>
    </w:rPr>
  </w:style>
  <w:style w:type="paragraph" w:customStyle="1" w:styleId="8B97F1BA6ED7476F9332F5050334D97A">
    <w:name w:val="8B97F1BA6ED7476F9332F5050334D97A"/>
    <w:rsid w:val="00236594"/>
  </w:style>
  <w:style w:type="paragraph" w:customStyle="1" w:styleId="4DEC7818E43D475BB68963C960289CF9">
    <w:name w:val="4DEC7818E43D475BB68963C960289CF9"/>
    <w:rsid w:val="0023659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635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[NAME]</dc:title>
  <dc:subject/>
  <dc:creator>BERUFSWAHL - ZUKUNFTSKONFERENZ</dc:creator>
  <cp:keywords/>
  <dc:description>generated by python-docx</dc:description>
  <cp:lastModifiedBy>Markus Günther</cp:lastModifiedBy>
  <cp:revision>4</cp:revision>
  <dcterms:created xsi:type="dcterms:W3CDTF">2026-03-09T08:11:00Z</dcterms:created>
  <dcterms:modified xsi:type="dcterms:W3CDTF">2026-03-09T08:33:00Z</dcterms:modified>
  <cp:category/>
</cp:coreProperties>
</file>