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04EB4C" w14:textId="77777777" w:rsidR="002A5DCA" w:rsidRDefault="0094287F">
      <w:r>
        <w:rPr>
          <w:b/>
          <w:sz w:val="28"/>
        </w:rPr>
        <w:t>Redemittel für Präsentationen</w:t>
      </w:r>
    </w:p>
    <w:p w14:paraId="47C39AF3" w14:textId="77777777" w:rsidR="002A5DCA" w:rsidRDefault="0094287F">
      <w:r>
        <w:rPr>
          <w:b/>
        </w:rPr>
        <w:t>1. Begrüßung</w:t>
      </w:r>
    </w:p>
    <w:p w14:paraId="361C3C09" w14:textId="77777777" w:rsidR="002A5DCA" w:rsidRDefault="0094287F">
      <w:pPr>
        <w:pStyle w:val="Aufzhlungszeichen"/>
      </w:pPr>
      <w:r>
        <w:t>Guten Morgen / Guten Tag zusammen.</w:t>
      </w:r>
    </w:p>
    <w:p w14:paraId="7438045A" w14:textId="77777777" w:rsidR="002A5DCA" w:rsidRDefault="0094287F">
      <w:pPr>
        <w:pStyle w:val="Aufzhlungszeichen"/>
      </w:pPr>
      <w:r>
        <w:t>Hallo und herzlich willkommen.</w:t>
      </w:r>
    </w:p>
    <w:p w14:paraId="240BDDCB" w14:textId="77777777" w:rsidR="002A5DCA" w:rsidRDefault="0094287F">
      <w:pPr>
        <w:pStyle w:val="Aufzhlungszeichen"/>
      </w:pPr>
      <w:r>
        <w:t xml:space="preserve">Schön, dass Sie / </w:t>
      </w:r>
      <w:proofErr w:type="spellStart"/>
      <w:r>
        <w:t>ihr</w:t>
      </w:r>
      <w:proofErr w:type="spellEnd"/>
      <w:r>
        <w:t xml:space="preserve"> </w:t>
      </w:r>
      <w:proofErr w:type="spellStart"/>
      <w:r>
        <w:t>heute</w:t>
      </w:r>
      <w:proofErr w:type="spellEnd"/>
      <w:r>
        <w:t xml:space="preserve"> </w:t>
      </w:r>
      <w:proofErr w:type="spellStart"/>
      <w:r>
        <w:t>hier</w:t>
      </w:r>
      <w:proofErr w:type="spellEnd"/>
      <w:r>
        <w:t xml:space="preserve"> </w:t>
      </w:r>
      <w:proofErr w:type="spellStart"/>
      <w:r>
        <w:t>seid</w:t>
      </w:r>
      <w:proofErr w:type="spellEnd"/>
      <w:r>
        <w:t>.</w:t>
      </w:r>
    </w:p>
    <w:p w14:paraId="3DD9B279" w14:textId="77777777" w:rsidR="0094287F" w:rsidRDefault="0094287F" w:rsidP="0094287F">
      <w:pPr>
        <w:pStyle w:val="Aufzhlungszeichen"/>
        <w:numPr>
          <w:ilvl w:val="0"/>
          <w:numId w:val="0"/>
        </w:numPr>
        <w:ind w:left="360"/>
      </w:pPr>
    </w:p>
    <w:p w14:paraId="76487A34" w14:textId="77777777" w:rsidR="002A5DCA" w:rsidRDefault="0094287F">
      <w:r>
        <w:rPr>
          <w:b/>
        </w:rPr>
        <w:t>2. Einleitung ins Thema</w:t>
      </w:r>
    </w:p>
    <w:p w14:paraId="55850557" w14:textId="77777777" w:rsidR="002A5DCA" w:rsidRDefault="0094287F">
      <w:pPr>
        <w:pStyle w:val="Aufzhlungszeichen"/>
      </w:pPr>
      <w:r>
        <w:t xml:space="preserve">Heute möchten wir euch / Ihnen ein Thema vorstellen, das uns besonders </w:t>
      </w:r>
      <w:r>
        <w:t>wichtig ist.</w:t>
      </w:r>
    </w:p>
    <w:p w14:paraId="6B2ABC89" w14:textId="77777777" w:rsidR="002A5DCA" w:rsidRDefault="0094287F">
      <w:pPr>
        <w:pStyle w:val="Aufzhlungszeichen"/>
      </w:pPr>
      <w:r>
        <w:t>In unserer Präsentation geht es um …</w:t>
      </w:r>
    </w:p>
    <w:p w14:paraId="618FBD1E" w14:textId="77777777" w:rsidR="002A5DCA" w:rsidRDefault="0094287F">
      <w:pPr>
        <w:pStyle w:val="Aufzhlungszeichen"/>
      </w:pPr>
      <w:r>
        <w:t xml:space="preserve">Wir möchten </w:t>
      </w:r>
      <w:proofErr w:type="spellStart"/>
      <w:r>
        <w:t>heute</w:t>
      </w:r>
      <w:proofErr w:type="spellEnd"/>
      <w:r>
        <w:t xml:space="preserve"> </w:t>
      </w:r>
      <w:proofErr w:type="spellStart"/>
      <w:r>
        <w:t>über</w:t>
      </w:r>
      <w:proofErr w:type="spellEnd"/>
      <w:r>
        <w:t xml:space="preserve"> … </w:t>
      </w:r>
      <w:proofErr w:type="spellStart"/>
      <w:r>
        <w:t>sprechen</w:t>
      </w:r>
      <w:proofErr w:type="spellEnd"/>
      <w:r>
        <w:t>.</w:t>
      </w:r>
    </w:p>
    <w:p w14:paraId="244D5D0F" w14:textId="77777777" w:rsidR="0094287F" w:rsidRDefault="0094287F" w:rsidP="0094287F">
      <w:pPr>
        <w:pStyle w:val="Aufzhlungszeichen"/>
        <w:numPr>
          <w:ilvl w:val="0"/>
          <w:numId w:val="0"/>
        </w:numPr>
        <w:ind w:left="360"/>
      </w:pPr>
    </w:p>
    <w:p w14:paraId="625710B9" w14:textId="77777777" w:rsidR="002A5DCA" w:rsidRDefault="0094287F">
      <w:r>
        <w:rPr>
          <w:b/>
        </w:rPr>
        <w:t>3. Vorstellung der eigenen Person / des Teams</w:t>
      </w:r>
    </w:p>
    <w:p w14:paraId="41296778" w14:textId="77777777" w:rsidR="002A5DCA" w:rsidRDefault="0094287F">
      <w:pPr>
        <w:pStyle w:val="Aufzhlungszeichen"/>
      </w:pPr>
      <w:r>
        <w:t>Zuerst möchten wir uns kurz vorstellen.</w:t>
      </w:r>
    </w:p>
    <w:p w14:paraId="6C732D66" w14:textId="77777777" w:rsidR="002A5DCA" w:rsidRDefault="0094287F">
      <w:pPr>
        <w:pStyle w:val="Aufzhlungszeichen"/>
      </w:pPr>
      <w:r>
        <w:t>Wir sind … und …</w:t>
      </w:r>
    </w:p>
    <w:p w14:paraId="19A194D9" w14:textId="77777777" w:rsidR="002A5DCA" w:rsidRDefault="0094287F">
      <w:pPr>
        <w:pStyle w:val="Aufzhlungszeichen"/>
      </w:pPr>
      <w:r>
        <w:t>Wir sind Teil des Teams der Social Media Scouts an unserer Schule.</w:t>
      </w:r>
    </w:p>
    <w:p w14:paraId="66D806CC" w14:textId="77777777" w:rsidR="002A5DCA" w:rsidRDefault="0094287F">
      <w:pPr>
        <w:pStyle w:val="Aufzhlungszeichen"/>
      </w:pPr>
      <w:r>
        <w:t>Gemeinsam beschäftigen wir uns mit dem Thema …</w:t>
      </w:r>
    </w:p>
    <w:p w14:paraId="2DE7CB9C" w14:textId="77777777" w:rsidR="0094287F" w:rsidRDefault="0094287F" w:rsidP="0094287F">
      <w:pPr>
        <w:pStyle w:val="Aufzhlungszeichen"/>
        <w:numPr>
          <w:ilvl w:val="0"/>
          <w:numId w:val="0"/>
        </w:numPr>
        <w:ind w:left="360"/>
      </w:pPr>
    </w:p>
    <w:p w14:paraId="0889A245" w14:textId="77777777" w:rsidR="002A5DCA" w:rsidRDefault="0094287F">
      <w:r>
        <w:rPr>
          <w:b/>
        </w:rPr>
        <w:t>4. Vorstellung des Inhalts / Überblick</w:t>
      </w:r>
    </w:p>
    <w:p w14:paraId="2322E299" w14:textId="77777777" w:rsidR="002A5DCA" w:rsidRDefault="0094287F">
      <w:pPr>
        <w:pStyle w:val="Aufzhlungszeichen"/>
      </w:pPr>
      <w:r>
        <w:t>Zuerst geben wir einen kurzen Überblick über …</w:t>
      </w:r>
    </w:p>
    <w:p w14:paraId="0C5BBD89" w14:textId="77777777" w:rsidR="002A5DCA" w:rsidRDefault="0094287F">
      <w:pPr>
        <w:pStyle w:val="Aufzhlungszeichen"/>
      </w:pPr>
      <w:r>
        <w:t>Danach zeigen wir euch / Ihnen …</w:t>
      </w:r>
    </w:p>
    <w:p w14:paraId="3682DBDB" w14:textId="77777777" w:rsidR="002A5DCA" w:rsidRDefault="0094287F">
      <w:pPr>
        <w:pStyle w:val="Aufzhlungszeichen"/>
      </w:pPr>
      <w:r>
        <w:t xml:space="preserve">Am Ende erklären wir, warum das Thema </w:t>
      </w:r>
      <w:proofErr w:type="spellStart"/>
      <w:r>
        <w:t>wichtig</w:t>
      </w:r>
      <w:proofErr w:type="spellEnd"/>
      <w:r>
        <w:t xml:space="preserve"> </w:t>
      </w:r>
      <w:proofErr w:type="spellStart"/>
      <w:r>
        <w:t>ist</w:t>
      </w:r>
      <w:proofErr w:type="spellEnd"/>
      <w:r>
        <w:t>.</w:t>
      </w:r>
    </w:p>
    <w:p w14:paraId="75EE88D9" w14:textId="77777777" w:rsidR="0094287F" w:rsidRDefault="0094287F" w:rsidP="0094287F">
      <w:pPr>
        <w:pStyle w:val="Aufzhlungszeichen"/>
        <w:numPr>
          <w:ilvl w:val="0"/>
          <w:numId w:val="0"/>
        </w:numPr>
        <w:ind w:left="360"/>
      </w:pPr>
    </w:p>
    <w:p w14:paraId="5539250B" w14:textId="77777777" w:rsidR="002A5DCA" w:rsidRDefault="0094287F">
      <w:r>
        <w:rPr>
          <w:b/>
        </w:rPr>
        <w:t>5. Überleitung zum Hauptteil</w:t>
      </w:r>
    </w:p>
    <w:p w14:paraId="0C4EF196" w14:textId="77777777" w:rsidR="002A5DCA" w:rsidRDefault="0094287F">
      <w:pPr>
        <w:pStyle w:val="Aufzhlungszeichen"/>
      </w:pPr>
      <w:r>
        <w:t>Beginnen wir mit dem ersten Punkt.</w:t>
      </w:r>
    </w:p>
    <w:p w14:paraId="4B96D21F" w14:textId="77777777" w:rsidR="002A5DCA" w:rsidRDefault="0094287F">
      <w:pPr>
        <w:pStyle w:val="Aufzhlungszeichen"/>
      </w:pPr>
      <w:r>
        <w:t>Schauen wir uns zuerst an …</w:t>
      </w:r>
    </w:p>
    <w:p w14:paraId="7407C5CD" w14:textId="77777777" w:rsidR="002A5DCA" w:rsidRDefault="0094287F">
      <w:pPr>
        <w:pStyle w:val="Aufzhlungszeichen"/>
      </w:pPr>
      <w:r>
        <w:t>Ein wichtiger Aspekt ist …</w:t>
      </w:r>
    </w:p>
    <w:p w14:paraId="693C41CE" w14:textId="77777777" w:rsidR="002A5DCA" w:rsidRDefault="0094287F">
      <w:pPr>
        <w:pStyle w:val="Aufzhlungszeichen"/>
      </w:pPr>
      <w:r>
        <w:t xml:space="preserve">Kommen wir nun </w:t>
      </w:r>
      <w:proofErr w:type="spellStart"/>
      <w:r>
        <w:t>zum</w:t>
      </w:r>
      <w:proofErr w:type="spellEnd"/>
      <w:r>
        <w:t xml:space="preserve"> </w:t>
      </w:r>
      <w:proofErr w:type="spellStart"/>
      <w:r>
        <w:t>nächsten</w:t>
      </w:r>
      <w:proofErr w:type="spellEnd"/>
      <w:r>
        <w:t xml:space="preserve"> </w:t>
      </w:r>
      <w:proofErr w:type="spellStart"/>
      <w:r>
        <w:t>Punkt</w:t>
      </w:r>
      <w:proofErr w:type="spellEnd"/>
      <w:r>
        <w:t>.</w:t>
      </w:r>
    </w:p>
    <w:p w14:paraId="675C8022" w14:textId="77777777" w:rsidR="0094287F" w:rsidRDefault="0094287F" w:rsidP="0094287F">
      <w:pPr>
        <w:pStyle w:val="Aufzhlungszeichen"/>
        <w:numPr>
          <w:ilvl w:val="0"/>
          <w:numId w:val="0"/>
        </w:numPr>
        <w:ind w:left="360"/>
      </w:pPr>
    </w:p>
    <w:p w14:paraId="47B57140" w14:textId="77777777" w:rsidR="002A5DCA" w:rsidRDefault="0094287F">
      <w:r>
        <w:rPr>
          <w:b/>
        </w:rPr>
        <w:t>6. Sprecherwechsel</w:t>
      </w:r>
    </w:p>
    <w:p w14:paraId="16C66FEE" w14:textId="77777777" w:rsidR="002A5DCA" w:rsidRDefault="0094287F">
      <w:pPr>
        <w:pStyle w:val="Aufzhlungszeichen"/>
      </w:pPr>
      <w:r>
        <w:t>Jetzt übernimmt …</w:t>
      </w:r>
    </w:p>
    <w:p w14:paraId="55C0C278" w14:textId="77777777" w:rsidR="002A5DCA" w:rsidRDefault="0094287F">
      <w:pPr>
        <w:pStyle w:val="Aufzhlungszeichen"/>
      </w:pPr>
      <w:r>
        <w:t>Mein Kollege / meine Kollegin erklärt nun …</w:t>
      </w:r>
    </w:p>
    <w:p w14:paraId="5EF15A98" w14:textId="77777777" w:rsidR="002A5DCA" w:rsidRDefault="0094287F">
      <w:pPr>
        <w:pStyle w:val="Aufzhlungszeichen"/>
      </w:pPr>
      <w:r>
        <w:t>… wird jetzt etwas zu diesem Punkt sagen.</w:t>
      </w:r>
    </w:p>
    <w:p w14:paraId="6C2D73B9" w14:textId="77777777" w:rsidR="002A5DCA" w:rsidRDefault="0094287F">
      <w:pPr>
        <w:pStyle w:val="Aufzhlungszeichen"/>
      </w:pPr>
      <w:r>
        <w:t>Ich übergebe jetzt an …</w:t>
      </w:r>
    </w:p>
    <w:p w14:paraId="26BD7FBD" w14:textId="66389877" w:rsidR="002A5DCA" w:rsidRDefault="0094287F">
      <w:r>
        <w:rPr>
          <w:b/>
        </w:rPr>
        <w:lastRenderedPageBreak/>
        <w:t>7. Beispiele und Erklärungen</w:t>
      </w:r>
    </w:p>
    <w:p w14:paraId="4EDA2F21" w14:textId="77777777" w:rsidR="002A5DCA" w:rsidRDefault="0094287F">
      <w:pPr>
        <w:pStyle w:val="Aufzhlungszeichen"/>
      </w:pPr>
      <w:r>
        <w:t>Ein Beispiel dafür ist …</w:t>
      </w:r>
    </w:p>
    <w:p w14:paraId="234EEB0B" w14:textId="77777777" w:rsidR="002A5DCA" w:rsidRDefault="0094287F">
      <w:pPr>
        <w:pStyle w:val="Aufzhlungszeichen"/>
      </w:pPr>
      <w:r>
        <w:t>Das bedeutet konkret, dass …</w:t>
      </w:r>
    </w:p>
    <w:p w14:paraId="259BC79C" w14:textId="77777777" w:rsidR="002A5DCA" w:rsidRDefault="0094287F">
      <w:pPr>
        <w:pStyle w:val="Aufzhlungszeichen"/>
      </w:pPr>
      <w:r>
        <w:t>Das kann zum Beispiel passieren, wenn …</w:t>
      </w:r>
    </w:p>
    <w:p w14:paraId="1217B4C1" w14:textId="77777777" w:rsidR="0094287F" w:rsidRDefault="0094287F" w:rsidP="0094287F">
      <w:pPr>
        <w:pStyle w:val="Aufzhlungszeichen"/>
        <w:numPr>
          <w:ilvl w:val="0"/>
          <w:numId w:val="0"/>
        </w:numPr>
        <w:ind w:left="360"/>
      </w:pPr>
    </w:p>
    <w:p w14:paraId="64457181" w14:textId="77777777" w:rsidR="002A5DCA" w:rsidRDefault="0094287F">
      <w:r>
        <w:rPr>
          <w:b/>
        </w:rPr>
        <w:t>8. Rhetorische Fragen / Interesse wecken</w:t>
      </w:r>
    </w:p>
    <w:p w14:paraId="572046CA" w14:textId="77777777" w:rsidR="002A5DCA" w:rsidRDefault="0094287F">
      <w:pPr>
        <w:pStyle w:val="Aufzhlungszeichen"/>
      </w:pPr>
      <w:r>
        <w:t>Wusstet ihr schon, dass … ?</w:t>
      </w:r>
    </w:p>
    <w:p w14:paraId="0C48A6ED" w14:textId="77777777" w:rsidR="002A5DCA" w:rsidRDefault="0094287F">
      <w:pPr>
        <w:pStyle w:val="Aufzhlungszeichen"/>
      </w:pPr>
      <w:r>
        <w:t>Habt ihr euch schon einmal gefragt, warum … ?</w:t>
      </w:r>
    </w:p>
    <w:p w14:paraId="5A388905" w14:textId="77777777" w:rsidR="002A5DCA" w:rsidRDefault="0094287F">
      <w:pPr>
        <w:pStyle w:val="Aufzhlungszeichen"/>
      </w:pPr>
      <w:r>
        <w:t xml:space="preserve">Was </w:t>
      </w:r>
      <w:r>
        <w:t>würdet ihr tun, wenn … ?</w:t>
      </w:r>
    </w:p>
    <w:p w14:paraId="45ED6420" w14:textId="77777777" w:rsidR="002A5DCA" w:rsidRDefault="0094287F">
      <w:pPr>
        <w:pStyle w:val="Aufzhlungszeichen"/>
      </w:pPr>
      <w:r>
        <w:t>Vielleicht kennt ihr folgende Situation …</w:t>
      </w:r>
    </w:p>
    <w:p w14:paraId="26B8B0E7" w14:textId="77777777" w:rsidR="0094287F" w:rsidRDefault="0094287F" w:rsidP="0094287F">
      <w:pPr>
        <w:pStyle w:val="Aufzhlungszeichen"/>
        <w:numPr>
          <w:ilvl w:val="0"/>
          <w:numId w:val="0"/>
        </w:numPr>
        <w:ind w:left="360"/>
      </w:pPr>
    </w:p>
    <w:p w14:paraId="3F26FB43" w14:textId="77777777" w:rsidR="002A5DCA" w:rsidRDefault="0094287F">
      <w:r>
        <w:rPr>
          <w:b/>
        </w:rPr>
        <w:t>9. Zusammenfassung</w:t>
      </w:r>
    </w:p>
    <w:p w14:paraId="558218CC" w14:textId="77777777" w:rsidR="002A5DCA" w:rsidRDefault="0094287F">
      <w:pPr>
        <w:pStyle w:val="Aufzhlungszeichen"/>
      </w:pPr>
      <w:r>
        <w:t>Fassen wir die wichtigsten Punkte noch einmal zusammen.</w:t>
      </w:r>
    </w:p>
    <w:p w14:paraId="7AFE33AE" w14:textId="77777777" w:rsidR="002A5DCA" w:rsidRDefault="0094287F">
      <w:pPr>
        <w:pStyle w:val="Aufzhlungszeichen"/>
      </w:pPr>
      <w:r>
        <w:t>Das Wichtigste ist also …</w:t>
      </w:r>
    </w:p>
    <w:p w14:paraId="051197CB" w14:textId="77777777" w:rsidR="002A5DCA" w:rsidRDefault="0094287F">
      <w:pPr>
        <w:pStyle w:val="Aufzhlungszeichen"/>
      </w:pPr>
      <w:r>
        <w:t>Zusammengefasst kann man sagen …</w:t>
      </w:r>
    </w:p>
    <w:p w14:paraId="12E869FF" w14:textId="77777777" w:rsidR="0094287F" w:rsidRDefault="0094287F" w:rsidP="0094287F">
      <w:pPr>
        <w:pStyle w:val="Aufzhlungszeichen"/>
        <w:numPr>
          <w:ilvl w:val="0"/>
          <w:numId w:val="0"/>
        </w:numPr>
        <w:ind w:left="360"/>
      </w:pPr>
    </w:p>
    <w:p w14:paraId="0EF90AB6" w14:textId="77777777" w:rsidR="002A5DCA" w:rsidRDefault="0094287F">
      <w:r>
        <w:rPr>
          <w:b/>
        </w:rPr>
        <w:t>10. Abschluss</w:t>
      </w:r>
    </w:p>
    <w:p w14:paraId="031C91EE" w14:textId="77777777" w:rsidR="002A5DCA" w:rsidRDefault="0094287F">
      <w:pPr>
        <w:pStyle w:val="Aufzhlungszeichen"/>
      </w:pPr>
      <w:r>
        <w:t>Damit sind wir am Ende unserer Präsentation angekommen.</w:t>
      </w:r>
    </w:p>
    <w:p w14:paraId="7A171892" w14:textId="77777777" w:rsidR="002A5DCA" w:rsidRDefault="0094287F">
      <w:pPr>
        <w:pStyle w:val="Aufzhlungszeichen"/>
      </w:pPr>
      <w:r>
        <w:t>Vielen Dank für eure / Ihre Aufmerksamkeit.</w:t>
      </w:r>
    </w:p>
    <w:p w14:paraId="63169353" w14:textId="77777777" w:rsidR="002A5DCA" w:rsidRDefault="0094287F">
      <w:pPr>
        <w:pStyle w:val="Aufzhlungszeichen"/>
      </w:pPr>
      <w:r>
        <w:t xml:space="preserve">Wir hoffen, wir konnten euch / Ihnen </w:t>
      </w:r>
      <w:proofErr w:type="spellStart"/>
      <w:r>
        <w:t>einen</w:t>
      </w:r>
      <w:proofErr w:type="spellEnd"/>
      <w:r>
        <w:t xml:space="preserve"> </w:t>
      </w:r>
      <w:proofErr w:type="spellStart"/>
      <w:r>
        <w:t>guten</w:t>
      </w:r>
      <w:proofErr w:type="spellEnd"/>
      <w:r>
        <w:t xml:space="preserve"> </w:t>
      </w:r>
      <w:proofErr w:type="spellStart"/>
      <w:r>
        <w:t>Einblick</w:t>
      </w:r>
      <w:proofErr w:type="spellEnd"/>
      <w:r>
        <w:t xml:space="preserve"> </w:t>
      </w:r>
      <w:proofErr w:type="spellStart"/>
      <w:r>
        <w:t>geben</w:t>
      </w:r>
      <w:proofErr w:type="spellEnd"/>
      <w:r>
        <w:t>.</w:t>
      </w:r>
    </w:p>
    <w:p w14:paraId="4F854621" w14:textId="77777777" w:rsidR="0094287F" w:rsidRDefault="0094287F" w:rsidP="0094287F">
      <w:pPr>
        <w:pStyle w:val="Aufzhlungszeichen"/>
        <w:numPr>
          <w:ilvl w:val="0"/>
          <w:numId w:val="0"/>
        </w:numPr>
        <w:ind w:left="360"/>
      </w:pPr>
    </w:p>
    <w:p w14:paraId="741EB27D" w14:textId="77777777" w:rsidR="002A5DCA" w:rsidRDefault="0094287F">
      <w:r>
        <w:rPr>
          <w:b/>
        </w:rPr>
        <w:t>11. Einladung zu Fragen</w:t>
      </w:r>
    </w:p>
    <w:p w14:paraId="58B24F5C" w14:textId="77777777" w:rsidR="002A5DCA" w:rsidRDefault="0094287F">
      <w:pPr>
        <w:pStyle w:val="Aufzhlungszeichen"/>
      </w:pPr>
      <w:r>
        <w:t>Gibt es noch Fragen?</w:t>
      </w:r>
    </w:p>
    <w:p w14:paraId="4B9B5044" w14:textId="77777777" w:rsidR="002A5DCA" w:rsidRDefault="0094287F">
      <w:pPr>
        <w:pStyle w:val="Aufzhlungszeichen"/>
      </w:pPr>
      <w:r>
        <w:t>Habt ihr noch Fragen zu unserem Thema?</w:t>
      </w:r>
    </w:p>
    <w:p w14:paraId="2063245C" w14:textId="77777777" w:rsidR="002A5DCA" w:rsidRDefault="0094287F">
      <w:pPr>
        <w:pStyle w:val="Aufzhlungszeichen"/>
      </w:pPr>
      <w:r>
        <w:t xml:space="preserve">Wir beantworten jetzt gerne eure / Ihre </w:t>
      </w:r>
      <w:r>
        <w:t>Fragen.</w:t>
      </w:r>
    </w:p>
    <w:sectPr w:rsidR="002A5DCA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numm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numm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Aufzhlungszeichen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Aufzhlungszeichen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89830216">
    <w:abstractNumId w:val="8"/>
  </w:num>
  <w:num w:numId="2" w16cid:durableId="421999033">
    <w:abstractNumId w:val="6"/>
  </w:num>
  <w:num w:numId="3" w16cid:durableId="2062241742">
    <w:abstractNumId w:val="5"/>
  </w:num>
  <w:num w:numId="4" w16cid:durableId="949894699">
    <w:abstractNumId w:val="4"/>
  </w:num>
  <w:num w:numId="5" w16cid:durableId="1217619039">
    <w:abstractNumId w:val="7"/>
  </w:num>
  <w:num w:numId="6" w16cid:durableId="1230773177">
    <w:abstractNumId w:val="3"/>
  </w:num>
  <w:num w:numId="7" w16cid:durableId="380599426">
    <w:abstractNumId w:val="2"/>
  </w:num>
  <w:num w:numId="8" w16cid:durableId="1707675809">
    <w:abstractNumId w:val="1"/>
  </w:num>
  <w:num w:numId="9" w16cid:durableId="1957062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2A5DCA"/>
    <w:rsid w:val="00326F90"/>
    <w:rsid w:val="0094287F"/>
    <w:rsid w:val="00A023B6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97762E0"/>
  <w14:defaultImageDpi w14:val="300"/>
  <w15:docId w15:val="{BE05D9BC-1EBD-43C5-9C82-4EB6F17C0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C693F"/>
    <w:rPr>
      <w:rFonts w:ascii="Verdana" w:hAnsi="Verdana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618BF"/>
  </w:style>
  <w:style w:type="paragraph" w:styleId="Fuzeile">
    <w:name w:val="footer"/>
    <w:basedOn w:val="Standard"/>
    <w:link w:val="FuzeileZchn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618BF"/>
  </w:style>
  <w:style w:type="paragraph" w:styleId="KeinLeerraum">
    <w:name w:val="No Spacing"/>
    <w:uiPriority w:val="1"/>
    <w:qFormat/>
    <w:rsid w:val="00FC693F"/>
    <w:pPr>
      <w:spacing w:after="0" w:line="240" w:lineRule="auto"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el">
    <w:name w:val="Title"/>
    <w:basedOn w:val="Standard"/>
    <w:next w:val="Standard"/>
    <w:link w:val="TitelZchn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nabsatz">
    <w:name w:val="List Paragraph"/>
    <w:basedOn w:val="Standard"/>
    <w:uiPriority w:val="34"/>
    <w:qFormat/>
    <w:rsid w:val="00FC693F"/>
    <w:pPr>
      <w:ind w:left="720"/>
      <w:contextualSpacing/>
    </w:pPr>
  </w:style>
  <w:style w:type="paragraph" w:styleId="Textkrper">
    <w:name w:val="Body Text"/>
    <w:basedOn w:val="Standard"/>
    <w:link w:val="TextkrperZchn"/>
    <w:uiPriority w:val="99"/>
    <w:unhideWhenUsed/>
    <w:rsid w:val="00AA1D8D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rsid w:val="00AA1D8D"/>
  </w:style>
  <w:style w:type="paragraph" w:styleId="Textkrper2">
    <w:name w:val="Body Text 2"/>
    <w:basedOn w:val="Standard"/>
    <w:link w:val="Textkrper2Zchn"/>
    <w:uiPriority w:val="99"/>
    <w:unhideWhenUsed/>
    <w:rsid w:val="00AA1D8D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rsid w:val="00AA1D8D"/>
  </w:style>
  <w:style w:type="paragraph" w:styleId="Textkrper3">
    <w:name w:val="Body Text 3"/>
    <w:basedOn w:val="Standard"/>
    <w:link w:val="Textkrper3Zchn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rsid w:val="00AA1D8D"/>
    <w:rPr>
      <w:sz w:val="16"/>
      <w:szCs w:val="16"/>
    </w:rPr>
  </w:style>
  <w:style w:type="paragraph" w:styleId="Liste">
    <w:name w:val="List"/>
    <w:basedOn w:val="Standard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Standard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Standard"/>
    <w:uiPriority w:val="99"/>
    <w:unhideWhenUsed/>
    <w:rsid w:val="00326F90"/>
    <w:pPr>
      <w:ind w:left="1080" w:hanging="360"/>
      <w:contextualSpacing/>
    </w:pPr>
  </w:style>
  <w:style w:type="paragraph" w:styleId="Aufzhlungszeichen">
    <w:name w:val="List Bullet"/>
    <w:basedOn w:val="Standard"/>
    <w:uiPriority w:val="99"/>
    <w:unhideWhenUsed/>
    <w:rsid w:val="00326F90"/>
    <w:pPr>
      <w:numPr>
        <w:numId w:val="1"/>
      </w:numPr>
      <w:contextualSpacing/>
    </w:pPr>
  </w:style>
  <w:style w:type="paragraph" w:styleId="Aufzhlungszeichen2">
    <w:name w:val="List Bullet 2"/>
    <w:basedOn w:val="Standard"/>
    <w:uiPriority w:val="99"/>
    <w:unhideWhenUsed/>
    <w:rsid w:val="00326F90"/>
    <w:pPr>
      <w:numPr>
        <w:numId w:val="2"/>
      </w:numPr>
      <w:contextualSpacing/>
    </w:pPr>
  </w:style>
  <w:style w:type="paragraph" w:styleId="Aufzhlungszeichen3">
    <w:name w:val="List Bullet 3"/>
    <w:basedOn w:val="Standard"/>
    <w:uiPriority w:val="99"/>
    <w:unhideWhenUsed/>
    <w:rsid w:val="00326F90"/>
    <w:pPr>
      <w:numPr>
        <w:numId w:val="3"/>
      </w:numPr>
      <w:contextualSpacing/>
    </w:pPr>
  </w:style>
  <w:style w:type="paragraph" w:styleId="Listennummer">
    <w:name w:val="List Number"/>
    <w:basedOn w:val="Standard"/>
    <w:uiPriority w:val="99"/>
    <w:unhideWhenUsed/>
    <w:rsid w:val="00326F90"/>
    <w:pPr>
      <w:numPr>
        <w:numId w:val="5"/>
      </w:numPr>
      <w:contextualSpacing/>
    </w:pPr>
  </w:style>
  <w:style w:type="paragraph" w:styleId="Listennummer2">
    <w:name w:val="List Number 2"/>
    <w:basedOn w:val="Standard"/>
    <w:uiPriority w:val="99"/>
    <w:unhideWhenUsed/>
    <w:rsid w:val="0029639D"/>
    <w:pPr>
      <w:numPr>
        <w:numId w:val="6"/>
      </w:numPr>
      <w:contextualSpacing/>
    </w:pPr>
  </w:style>
  <w:style w:type="paragraph" w:styleId="Listennummer3">
    <w:name w:val="List Number 3"/>
    <w:basedOn w:val="Standard"/>
    <w:uiPriority w:val="99"/>
    <w:unhideWhenUsed/>
    <w:rsid w:val="0029639D"/>
    <w:pPr>
      <w:numPr>
        <w:numId w:val="7"/>
      </w:numPr>
      <w:contextualSpacing/>
    </w:pPr>
  </w:style>
  <w:style w:type="paragraph" w:styleId="Listenfortsetzung">
    <w:name w:val="List Continue"/>
    <w:basedOn w:val="Standard"/>
    <w:uiPriority w:val="99"/>
    <w:unhideWhenUsed/>
    <w:rsid w:val="0029639D"/>
    <w:pPr>
      <w:spacing w:after="120"/>
      <w:ind w:left="360"/>
      <w:contextualSpacing/>
    </w:pPr>
  </w:style>
  <w:style w:type="paragraph" w:styleId="Listenfortsetzung2">
    <w:name w:val="List Continue 2"/>
    <w:basedOn w:val="Standard"/>
    <w:uiPriority w:val="99"/>
    <w:unhideWhenUsed/>
    <w:rsid w:val="0029639D"/>
    <w:pPr>
      <w:spacing w:after="120"/>
      <w:ind w:left="720"/>
      <w:contextualSpacing/>
    </w:pPr>
  </w:style>
  <w:style w:type="paragraph" w:styleId="Listenfortsetzung3">
    <w:name w:val="List Continue 3"/>
    <w:basedOn w:val="Standard"/>
    <w:uiPriority w:val="99"/>
    <w:unhideWhenUsed/>
    <w:rsid w:val="0029639D"/>
    <w:pPr>
      <w:spacing w:after="120"/>
      <w:ind w:left="1080"/>
      <w:contextualSpacing/>
    </w:pPr>
  </w:style>
  <w:style w:type="paragraph" w:styleId="Makrotext">
    <w:name w:val="macro"/>
    <w:link w:val="MakrotextZchn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99"/>
    <w:rsid w:val="0029639D"/>
    <w:rPr>
      <w:rFonts w:ascii="Courier" w:hAnsi="Courier"/>
      <w:sz w:val="20"/>
      <w:szCs w:val="20"/>
    </w:rPr>
  </w:style>
  <w:style w:type="paragraph" w:styleId="Zitat">
    <w:name w:val="Quote"/>
    <w:basedOn w:val="Standard"/>
    <w:next w:val="Standard"/>
    <w:link w:val="ZitatZchn"/>
    <w:uiPriority w:val="29"/>
    <w:qFormat/>
    <w:rsid w:val="00FC693F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FC693F"/>
    <w:rPr>
      <w:i/>
      <w:iCs/>
      <w:color w:val="000000" w:themeColor="text1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ett">
    <w:name w:val="Strong"/>
    <w:basedOn w:val="Absatz-Standardschriftart"/>
    <w:uiPriority w:val="22"/>
    <w:qFormat/>
    <w:rsid w:val="00FC693F"/>
    <w:rPr>
      <w:b/>
      <w:bCs/>
    </w:rPr>
  </w:style>
  <w:style w:type="character" w:styleId="Hervorhebung">
    <w:name w:val="Emphasis"/>
    <w:basedOn w:val="Absatz-Standardschriftart"/>
    <w:uiPriority w:val="20"/>
    <w:qFormat/>
    <w:rsid w:val="00FC693F"/>
    <w:rPr>
      <w:i/>
      <w:iCs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C693F"/>
    <w:rPr>
      <w:b/>
      <w:bCs/>
      <w:i/>
      <w:iCs/>
      <w:color w:val="4F81BD" w:themeColor="accent1"/>
    </w:rPr>
  </w:style>
  <w:style w:type="character" w:styleId="SchwacheHervorhebung">
    <w:name w:val="Subtle Emphasis"/>
    <w:basedOn w:val="Absatz-Standardschriftart"/>
    <w:uiPriority w:val="19"/>
    <w:qFormat/>
    <w:rsid w:val="00FC693F"/>
    <w:rPr>
      <w:i/>
      <w:iCs/>
      <w:color w:val="808080" w:themeColor="text1" w:themeTint="7F"/>
    </w:rPr>
  </w:style>
  <w:style w:type="character" w:styleId="IntensiveHervorhebung">
    <w:name w:val="Intense Emphasis"/>
    <w:basedOn w:val="Absatz-Standardschriftart"/>
    <w:uiPriority w:val="21"/>
    <w:qFormat/>
    <w:rsid w:val="00FC693F"/>
    <w:rPr>
      <w:b/>
      <w:bCs/>
      <w:i/>
      <w:iCs/>
      <w:color w:val="4F81BD" w:themeColor="accent1"/>
    </w:rPr>
  </w:style>
  <w:style w:type="character" w:styleId="SchwacherVerweis">
    <w:name w:val="Subtle Reference"/>
    <w:basedOn w:val="Absatz-Standardschriftart"/>
    <w:uiPriority w:val="31"/>
    <w:qFormat/>
    <w:rsid w:val="00FC693F"/>
    <w:rPr>
      <w:smallCaps/>
      <w:color w:val="C0504D" w:themeColor="accent2"/>
      <w:u w:val="single"/>
    </w:rPr>
  </w:style>
  <w:style w:type="character" w:styleId="IntensiverVerweis">
    <w:name w:val="Intense Reference"/>
    <w:basedOn w:val="Absatz-Standardschriftar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FC693F"/>
    <w:rPr>
      <w:b/>
      <w:bCs/>
      <w:smallCaps/>
      <w:spacing w:val="5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FC693F"/>
    <w:pPr>
      <w:outlineLvl w:val="9"/>
    </w:pPr>
  </w:style>
  <w:style w:type="table" w:styleId="Tabellenraster">
    <w:name w:val="Table Grid"/>
    <w:basedOn w:val="NormaleTabel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HelleSchattierung">
    <w:name w:val="Light Shading"/>
    <w:basedOn w:val="NormaleTabel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HelleSchattierung-Akzent1">
    <w:name w:val="Light Shading Accent 1"/>
    <w:basedOn w:val="NormaleTabel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HelleSchattierung-Akzent2">
    <w:name w:val="Light Shading Accent 2"/>
    <w:basedOn w:val="NormaleTabel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HelleSchattierung-Akzent3">
    <w:name w:val="Light Shading Accent 3"/>
    <w:basedOn w:val="NormaleTabel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HelleSchattierung-Akzent4">
    <w:name w:val="Light Shading Accent 4"/>
    <w:basedOn w:val="NormaleTabel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HelleSchattierung-Akzent5">
    <w:name w:val="Light Shading Accent 5"/>
    <w:basedOn w:val="NormaleTabel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HelleSchattierung-Akzent6">
    <w:name w:val="Light Shading Accent 6"/>
    <w:basedOn w:val="NormaleTabel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HelleListe">
    <w:name w:val="Light List"/>
    <w:basedOn w:val="NormaleTabel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HelleListe-Akzent1">
    <w:name w:val="Light List Accent 1"/>
    <w:basedOn w:val="NormaleTabel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HelleListe-Akzent2">
    <w:name w:val="Light List Accent 2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HelleListe-Akzent3">
    <w:name w:val="Light List Accent 3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HelleListe-Akzent4">
    <w:name w:val="Light List Accent 4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HelleListe-Akzent5">
    <w:name w:val="Light List Accent 5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HelleListe-Akzent6">
    <w:name w:val="Light List Accent 6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HellesRaster">
    <w:name w:val="Light Grid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HellesRaster-Akzent1">
    <w:name w:val="Light Grid Accent 1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sRaster-Akzent2">
    <w:name w:val="Light Grid Accent 2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HellesRaster-Akzent3">
    <w:name w:val="Light Grid Accent 3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HellesRaster-Akzent4">
    <w:name w:val="Light Grid Accent 4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HellesRaster-Akzent5">
    <w:name w:val="Light Grid Accent 5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HellesRaster-Akzent6">
    <w:name w:val="Light Grid Accent 6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ittlereSchattierung1">
    <w:name w:val="Medium Shading 1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1">
    <w:name w:val="Medium Shading 1 Accent 1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2">
    <w:name w:val="Medium Shading 1 Accent 2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3">
    <w:name w:val="Medium Shading 1 Accent 3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4">
    <w:name w:val="Medium Shading 1 Accent 4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5">
    <w:name w:val="Medium Shading 1 Accent 5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6">
    <w:name w:val="Medium Shading 1 Accent 6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2">
    <w:name w:val="Medium Shading 2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1">
    <w:name w:val="Medium Shading 2 Accent 1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2">
    <w:name w:val="Medium Shading 2 Accent 2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3">
    <w:name w:val="Medium Shading 2 Accent 3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4">
    <w:name w:val="Medium Shading 2 Accent 4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5">
    <w:name w:val="Medium Shading 2 Accent 5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6">
    <w:name w:val="Medium Shading 2 Accent 6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Liste1">
    <w:name w:val="Medium List 1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ittlereListe1-Akzent1">
    <w:name w:val="Medium List 1 Accent 1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ittlereListe1-Akzent2">
    <w:name w:val="Medium List 1 Accent 2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ittlereListe1-Akzent3">
    <w:name w:val="Medium List 1 Accent 3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ittlereListe1-Akzent4">
    <w:name w:val="Medium List 1 Accent 4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ittlereListe1-Akzent5">
    <w:name w:val="Medium List 1 Accent 5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ittlereListe1-Akzent6">
    <w:name w:val="Medium List 1 Accent 6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ittlereListe2">
    <w:name w:val="Medium List 2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1">
    <w:name w:val="Medium List 2 Accent 1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2">
    <w:name w:val="Medium List 2 Accent 2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3">
    <w:name w:val="Medium List 2 Accent 3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4">
    <w:name w:val="Medium List 2 Accent 4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5">
    <w:name w:val="Medium List 2 Accent 5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6">
    <w:name w:val="Medium List 2 Accent 6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sRaster1">
    <w:name w:val="Medium Grid 1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ittleresRaster1-Akzent1">
    <w:name w:val="Medium Grid 1 Accent 1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ittleresRaster1-Akzent2">
    <w:name w:val="Medium Grid 1 Accent 2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ittleresRaster1-Akzent3">
    <w:name w:val="Medium Grid 1 Accent 3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ittleresRaster1-Akzent4">
    <w:name w:val="Medium Grid 1 Accent 4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ittleresRaster1-Akzent5">
    <w:name w:val="Medium Grid 1 Accent 5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ittleresRaster1-Akzent6">
    <w:name w:val="Medium Grid 1 Accent 6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ittleresRaster2">
    <w:name w:val="Medium Grid 2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1">
    <w:name w:val="Medium Grid 2 Accent 1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2">
    <w:name w:val="Medium Grid 2 Accent 2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3">
    <w:name w:val="Medium Grid 2 Accent 3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4">
    <w:name w:val="Medium Grid 2 Accent 4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5">
    <w:name w:val="Medium Grid 2 Accent 5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6">
    <w:name w:val="Medium Grid 2 Accent 6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3">
    <w:name w:val="Medium Grid 3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ittleresRaster3-Akzent1">
    <w:name w:val="Medium Grid 3 Accent 1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ittleresRaster3-Akzent2">
    <w:name w:val="Medium Grid 3 Accent 2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ittleresRaster3-Akzent3">
    <w:name w:val="Medium Grid 3 Accent 3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ittleresRaster3-Akzent4">
    <w:name w:val="Medium Grid 3 Accent 4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ittleresRaster3-Akzent5">
    <w:name w:val="Medium Grid 3 Accent 5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ittleresRaster3-Akzent6">
    <w:name w:val="Medium Grid 3 Accent 6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unkleListe">
    <w:name w:val="Dark List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unkleListe-Akzent1">
    <w:name w:val="Dark List Accent 1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unkleListe-Akzent2">
    <w:name w:val="Dark List Accent 2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unkleListe-Akzent3">
    <w:name w:val="Dark List Accent 3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unkleListe-Akzent4">
    <w:name w:val="Dark List Accent 4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unkleListe-Akzent5">
    <w:name w:val="Dark List Accent 5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unkleListe-Akzent6">
    <w:name w:val="Dark List Accent 6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FarbigeSchattierung">
    <w:name w:val="Colorful Shading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1">
    <w:name w:val="Colorful Shading Accent 1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2">
    <w:name w:val="Colorful Shading Accent 2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3">
    <w:name w:val="Colorful Shading Accent 3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chattierung-Akzent4">
    <w:name w:val="Colorful Shading Accent 4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5">
    <w:name w:val="Colorful Shading Accent 5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6">
    <w:name w:val="Colorful Shading Accent 6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Liste">
    <w:name w:val="Colorful List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bigeListe-Akzent1">
    <w:name w:val="Colorful List Accent 1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arbigeListe-Akzent2">
    <w:name w:val="Colorful List Accent 2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FarbigeListe-Akzent3">
    <w:name w:val="Colorful List Accent 3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arbigeListe-Akzent4">
    <w:name w:val="Colorful List Accent 4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arbigeListe-Akzent5">
    <w:name w:val="Colorful List Accent 5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arbigeListe-Akzent6">
    <w:name w:val="Colorful List Accent 6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arbigesRaster">
    <w:name w:val="Colorful Grid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bigesRaster-Akzent1">
    <w:name w:val="Colorful Grid Accent 1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arbigesRaster-Akzent2">
    <w:name w:val="Colorful Grid Accent 2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FarbigesRaster-Akzent3">
    <w:name w:val="Colorful Grid Accent 3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Raster-Akzent4">
    <w:name w:val="Colorful Grid Accent 4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arbigesRaster-Akzent5">
    <w:name w:val="Colorful Grid Accent 5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arbigesRaster-Akzent6">
    <w:name w:val="Colorful Grid Accent 6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243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1776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van Wickeren, Katja</cp:lastModifiedBy>
  <cp:revision>2</cp:revision>
  <dcterms:created xsi:type="dcterms:W3CDTF">2026-03-09T07:53:00Z</dcterms:created>
  <dcterms:modified xsi:type="dcterms:W3CDTF">2026-03-09T07:53:00Z</dcterms:modified>
  <cp:category/>
</cp:coreProperties>
</file>