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231" w:rsidRPr="000E6BF9" w:rsidRDefault="00F61231" w:rsidP="000E6BF9">
      <w:pPr>
        <w:spacing w:after="200" w:line="360" w:lineRule="auto"/>
        <w:jc w:val="center"/>
        <w:rPr>
          <w:rFonts w:asciiTheme="majorHAnsi" w:hAnsiTheme="majorHAnsi" w:cstheme="majorHAnsi"/>
          <w:sz w:val="22"/>
          <w:lang w:val="de-DE"/>
        </w:rPr>
      </w:pPr>
    </w:p>
    <w:p w:rsidR="00F61231" w:rsidRPr="0031696B" w:rsidRDefault="000E6BF9" w:rsidP="000E6BF9">
      <w:pPr>
        <w:spacing w:after="2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b/>
          <w:szCs w:val="20"/>
          <w:lang w:val="de-DE"/>
        </w:rPr>
        <w:t>Schule: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 ___________________________________________________________________________</w:t>
      </w:r>
    </w:p>
    <w:p w:rsidR="00F61231" w:rsidRPr="0031696B" w:rsidRDefault="001F46E7" w:rsidP="000E6BF9">
      <w:pPr>
        <w:spacing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 xml:space="preserve">Unsere Schule beteiligt sich am Kölner Projekt „36 Schulen. Viele Stimmen. Ein </w:t>
      </w:r>
      <w:proofErr w:type="spellStart"/>
      <w:r w:rsidRPr="0031696B">
        <w:rPr>
          <w:rFonts w:asciiTheme="majorHAnsi" w:hAnsiTheme="majorHAnsi" w:cstheme="majorHAnsi"/>
          <w:szCs w:val="20"/>
          <w:lang w:val="de-DE"/>
        </w:rPr>
        <w:t>Vibe</w:t>
      </w:r>
      <w:proofErr w:type="spellEnd"/>
      <w:r w:rsidRPr="0031696B">
        <w:rPr>
          <w:rFonts w:asciiTheme="majorHAnsi" w:hAnsiTheme="majorHAnsi" w:cstheme="majorHAnsi"/>
          <w:szCs w:val="20"/>
          <w:lang w:val="de-DE"/>
        </w:rPr>
        <w:t xml:space="preserve">: Demokratie &amp; Vielfalt.“ Das </w:t>
      </w:r>
      <w:r w:rsidRPr="0031696B">
        <w:rPr>
          <w:rFonts w:asciiTheme="majorHAnsi" w:hAnsiTheme="majorHAnsi" w:cstheme="majorHAnsi"/>
          <w:szCs w:val="20"/>
          <w:lang w:val="de-DE"/>
        </w:rPr>
        <w:t>Projekt macht sichtbar, wie Demokratie und Vielfalt an Kölner Schulen und in unserer Stadtgesellschaft gelebt werden.</w:t>
      </w:r>
    </w:p>
    <w:p w:rsidR="00F61231" w:rsidRPr="0031696B" w:rsidRDefault="001F46E7" w:rsidP="000E6BF9">
      <w:pPr>
        <w:spacing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Im Rahmen des Projekts führen Schüler*innen unserer Schule unter anderem Gespräche und Interviews mit Bürger*innen durch.</w:t>
      </w:r>
    </w:p>
    <w:p w:rsidR="00F61231" w:rsidRPr="0031696B" w:rsidRDefault="001F46E7" w:rsidP="000E6BF9">
      <w:pPr>
        <w:spacing w:after="8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Ich bin damit ei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nverstanden, dass hierbei </w:t>
      </w:r>
      <w:r w:rsidRPr="0031696B">
        <w:rPr>
          <w:rFonts w:asciiTheme="majorHAnsi" w:hAnsiTheme="majorHAnsi" w:cstheme="majorHAnsi"/>
          <w:b/>
          <w:szCs w:val="20"/>
          <w:lang w:val="de-DE"/>
        </w:rPr>
        <w:t>Fotos, Video- und Tonaufnahmen sowie Interviews oder Statements von mir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 entstehen und ausschließlich im Zusammenhang mit dem Projekt und seiner Öffentlichkeitsarbeit veröffentlicht werden dürfen:</w:t>
      </w:r>
    </w:p>
    <w:p w:rsidR="00F61231" w:rsidRPr="0031696B" w:rsidRDefault="001F46E7" w:rsidP="000E6BF9">
      <w:pPr>
        <w:spacing w:after="40" w:line="360" w:lineRule="auto"/>
        <w:ind w:left="340" w:hanging="170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• auf Instagram und weiteren proje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ktbezogenen </w:t>
      </w:r>
      <w:proofErr w:type="spellStart"/>
      <w:r w:rsidRPr="0031696B">
        <w:rPr>
          <w:rFonts w:asciiTheme="majorHAnsi" w:hAnsiTheme="majorHAnsi" w:cstheme="majorHAnsi"/>
          <w:szCs w:val="20"/>
          <w:lang w:val="de-DE"/>
        </w:rPr>
        <w:t>Social</w:t>
      </w:r>
      <w:proofErr w:type="spellEnd"/>
      <w:r w:rsidRPr="0031696B">
        <w:rPr>
          <w:rFonts w:asciiTheme="majorHAnsi" w:hAnsiTheme="majorHAnsi" w:cstheme="majorHAnsi"/>
          <w:szCs w:val="20"/>
          <w:lang w:val="de-DE"/>
        </w:rPr>
        <w:t>-Media-Auftritten,</w:t>
      </w:r>
    </w:p>
    <w:p w:rsidR="00F61231" w:rsidRPr="0031696B" w:rsidRDefault="001F46E7" w:rsidP="000E6BF9">
      <w:pPr>
        <w:spacing w:after="40" w:line="360" w:lineRule="auto"/>
        <w:ind w:left="340" w:hanging="170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• auf der Projektwebseite sowie Webseiten beteiligter Schulen und Projektpartner,</w:t>
      </w:r>
    </w:p>
    <w:p w:rsidR="00F61231" w:rsidRPr="0031696B" w:rsidRDefault="001F46E7" w:rsidP="000E6BF9">
      <w:pPr>
        <w:spacing w:after="40" w:line="360" w:lineRule="auto"/>
        <w:ind w:left="340" w:hanging="170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• in der Presse und anderen Medien (Print, Online, Rundfunk und Fernsehen).</w:t>
      </w:r>
    </w:p>
    <w:p w:rsidR="00F61231" w:rsidRPr="0031696B" w:rsidRDefault="001F46E7" w:rsidP="000E6BF9">
      <w:pPr>
        <w:spacing w:after="16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Die Aufnahmen dürfen hierfür redaktionell bearbeitet</w:t>
      </w:r>
      <w:r w:rsidR="0031696B">
        <w:rPr>
          <w:rFonts w:asciiTheme="majorHAnsi" w:hAnsiTheme="majorHAnsi" w:cstheme="majorHAnsi"/>
          <w:szCs w:val="20"/>
          <w:lang w:val="de-DE"/>
        </w:rPr>
        <w:t xml:space="preserve"> (</w:t>
      </w:r>
      <w:r w:rsidRPr="0031696B">
        <w:rPr>
          <w:rFonts w:asciiTheme="majorHAnsi" w:hAnsiTheme="majorHAnsi" w:cstheme="majorHAnsi"/>
          <w:szCs w:val="20"/>
          <w:lang w:val="de-DE"/>
        </w:rPr>
        <w:t>g</w:t>
      </w:r>
      <w:r w:rsidRPr="0031696B">
        <w:rPr>
          <w:rFonts w:asciiTheme="majorHAnsi" w:hAnsiTheme="majorHAnsi" w:cstheme="majorHAnsi"/>
          <w:szCs w:val="20"/>
          <w:lang w:val="de-DE"/>
        </w:rPr>
        <w:t>ekürzt oder zugeschnitten</w:t>
      </w:r>
      <w:r w:rsidR="0031696B">
        <w:rPr>
          <w:rFonts w:asciiTheme="majorHAnsi" w:hAnsiTheme="majorHAnsi" w:cstheme="majorHAnsi"/>
          <w:szCs w:val="20"/>
          <w:lang w:val="de-DE"/>
        </w:rPr>
        <w:t>)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 werden. Eine Veröffentlichung erfolgt grundsätzlich ohne vollständige Namensnennung; eine namentliche Zuordnung erfolgt nur nach vorheriger Absprache.</w:t>
      </w:r>
    </w:p>
    <w:p w:rsidR="00F61231" w:rsidRPr="0031696B" w:rsidRDefault="001F46E7" w:rsidP="000E6BF9">
      <w:pPr>
        <w:spacing w:after="8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b/>
          <w:szCs w:val="20"/>
          <w:lang w:val="de-DE"/>
        </w:rPr>
        <w:t>Freiwilligkeit und Widerruf</w:t>
      </w:r>
    </w:p>
    <w:p w:rsidR="00F61231" w:rsidRPr="0031696B" w:rsidRDefault="001F46E7" w:rsidP="000E6BF9">
      <w:pPr>
        <w:spacing w:after="10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b/>
          <w:szCs w:val="20"/>
          <w:lang w:val="de-DE"/>
        </w:rPr>
        <w:t xml:space="preserve">Die Einwilligung ist freiwillig und kann jederzeit </w:t>
      </w:r>
      <w:r w:rsidRPr="0031696B">
        <w:rPr>
          <w:rFonts w:asciiTheme="majorHAnsi" w:hAnsiTheme="majorHAnsi" w:cstheme="majorHAnsi"/>
          <w:b/>
          <w:szCs w:val="20"/>
          <w:lang w:val="de-DE"/>
        </w:rPr>
        <w:t>mit Wirkung für die Zukunft widerrufen werden.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 Der Widerruf kann an die Schulleitung über das Sekretariat gerichtet werden.</w:t>
      </w:r>
    </w:p>
    <w:p w:rsidR="00F61231" w:rsidRPr="0031696B" w:rsidRDefault="001F46E7" w:rsidP="000E6BF9">
      <w:pPr>
        <w:spacing w:after="24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Mir ist bekannt, dass Veröffentlichungen im Internet und in sozialen Netzwerken weltweit abrufbar, speicherbar und weiterverbreitbar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 sein können und eine vollständige Löschung bereits weiterverbreiteter Inhalte daher nicht garantiert werden kann.</w:t>
      </w:r>
    </w:p>
    <w:p w:rsidR="0031696B" w:rsidRPr="0031696B" w:rsidRDefault="0031696B" w:rsidP="000E6BF9">
      <w:pPr>
        <w:spacing w:after="20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b/>
          <w:szCs w:val="20"/>
          <w:lang w:val="de-DE"/>
        </w:rPr>
        <w:t xml:space="preserve">Name (Vor-und Nachname/Adresse): </w:t>
      </w:r>
      <w:r w:rsidRPr="0031696B">
        <w:rPr>
          <w:rFonts w:asciiTheme="majorHAnsi" w:hAnsiTheme="majorHAnsi" w:cstheme="majorHAnsi"/>
          <w:szCs w:val="20"/>
          <w:lang w:val="de-DE"/>
        </w:rPr>
        <w:t>_________________________________________________________________________________________________________________________________________________________________________</w:t>
      </w:r>
      <w:r w:rsidR="00373203">
        <w:rPr>
          <w:rFonts w:asciiTheme="majorHAnsi" w:hAnsiTheme="majorHAnsi" w:cstheme="majorHAnsi"/>
          <w:szCs w:val="20"/>
          <w:lang w:val="de-DE"/>
        </w:rPr>
        <w:t>__________________</w:t>
      </w:r>
      <w:bookmarkStart w:id="0" w:name="_GoBack"/>
      <w:bookmarkEnd w:id="0"/>
      <w:r w:rsidRPr="0031696B">
        <w:rPr>
          <w:rFonts w:asciiTheme="majorHAnsi" w:hAnsiTheme="majorHAnsi" w:cstheme="majorHAnsi"/>
          <w:szCs w:val="20"/>
          <w:lang w:val="de-DE"/>
        </w:rPr>
        <w:t>_</w:t>
      </w:r>
    </w:p>
    <w:p w:rsidR="00F61231" w:rsidRPr="0031696B" w:rsidRDefault="001F46E7" w:rsidP="000E6BF9">
      <w:pPr>
        <w:spacing w:after="200" w:line="360" w:lineRule="auto"/>
        <w:rPr>
          <w:rFonts w:asciiTheme="majorHAnsi" w:hAnsiTheme="majorHAnsi" w:cstheme="majorHAnsi"/>
          <w:szCs w:val="20"/>
          <w:lang w:val="de-DE"/>
        </w:rPr>
      </w:pPr>
      <w:r w:rsidRPr="0031696B">
        <w:rPr>
          <w:rFonts w:asciiTheme="majorHAnsi" w:hAnsiTheme="majorHAnsi" w:cstheme="majorHAnsi"/>
          <w:szCs w:val="20"/>
          <w:lang w:val="de-DE"/>
        </w:rPr>
        <w:t>Ich bin mit der oben beschriebenen Verwendung meiner Bild-, Video- und Tonaufnahmen sowie meiner Interviews bzw.</w:t>
      </w:r>
      <w:r w:rsidRPr="0031696B">
        <w:rPr>
          <w:rFonts w:asciiTheme="majorHAnsi" w:hAnsiTheme="majorHAnsi" w:cstheme="majorHAnsi"/>
          <w:szCs w:val="20"/>
          <w:lang w:val="de-DE"/>
        </w:rPr>
        <w:t xml:space="preserve"> Statements einverstanden.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2"/>
        <w:gridCol w:w="2309"/>
        <w:gridCol w:w="2416"/>
        <w:gridCol w:w="2309"/>
      </w:tblGrid>
      <w:tr w:rsidR="00F61231" w:rsidRPr="0031696B">
        <w:trPr>
          <w:jc w:val="center"/>
        </w:trPr>
        <w:tc>
          <w:tcPr>
            <w:tcW w:w="2550" w:type="dxa"/>
          </w:tcPr>
          <w:p w:rsidR="00F61231" w:rsidRPr="0031696B" w:rsidRDefault="001F46E7" w:rsidP="000E6BF9">
            <w:pPr>
              <w:spacing w:line="360" w:lineRule="auto"/>
              <w:rPr>
                <w:rFonts w:asciiTheme="majorHAnsi" w:hAnsiTheme="majorHAnsi" w:cstheme="majorHAnsi"/>
                <w:szCs w:val="20"/>
              </w:rPr>
            </w:pPr>
            <w:r w:rsidRPr="0031696B">
              <w:rPr>
                <w:rFonts w:asciiTheme="majorHAnsi" w:hAnsiTheme="majorHAnsi" w:cstheme="majorHAnsi"/>
                <w:szCs w:val="20"/>
              </w:rPr>
              <w:t>Ort, Datum:</w:t>
            </w:r>
          </w:p>
        </w:tc>
        <w:tc>
          <w:tcPr>
            <w:tcW w:w="2550" w:type="dxa"/>
            <w:tcBorders>
              <w:bottom w:val="single" w:sz="4" w:space="0" w:color="808080"/>
            </w:tcBorders>
          </w:tcPr>
          <w:p w:rsidR="00F61231" w:rsidRPr="0031696B" w:rsidRDefault="00F61231" w:rsidP="000E6BF9">
            <w:pPr>
              <w:spacing w:line="360" w:lineRule="auto"/>
              <w:rPr>
                <w:rFonts w:asciiTheme="majorHAnsi" w:hAnsiTheme="majorHAnsi" w:cstheme="majorHAnsi"/>
                <w:szCs w:val="20"/>
              </w:rPr>
            </w:pPr>
          </w:p>
        </w:tc>
        <w:tc>
          <w:tcPr>
            <w:tcW w:w="2550" w:type="dxa"/>
          </w:tcPr>
          <w:p w:rsidR="00F61231" w:rsidRPr="0031696B" w:rsidRDefault="001F46E7" w:rsidP="000E6BF9">
            <w:pPr>
              <w:spacing w:line="360" w:lineRule="auto"/>
              <w:rPr>
                <w:rFonts w:asciiTheme="majorHAnsi" w:hAnsiTheme="majorHAnsi" w:cstheme="majorHAnsi"/>
                <w:szCs w:val="20"/>
              </w:rPr>
            </w:pPr>
            <w:r w:rsidRPr="0031696B">
              <w:rPr>
                <w:rFonts w:asciiTheme="majorHAnsi" w:hAnsiTheme="majorHAnsi" w:cstheme="majorHAnsi"/>
                <w:szCs w:val="20"/>
              </w:rPr>
              <w:t>Unterschrift:</w:t>
            </w:r>
          </w:p>
        </w:tc>
        <w:tc>
          <w:tcPr>
            <w:tcW w:w="2550" w:type="dxa"/>
            <w:tcBorders>
              <w:bottom w:val="single" w:sz="4" w:space="0" w:color="808080"/>
            </w:tcBorders>
          </w:tcPr>
          <w:p w:rsidR="00F61231" w:rsidRPr="0031696B" w:rsidRDefault="00F61231" w:rsidP="000E6BF9">
            <w:pPr>
              <w:spacing w:line="360" w:lineRule="auto"/>
              <w:rPr>
                <w:rFonts w:asciiTheme="majorHAnsi" w:hAnsiTheme="majorHAnsi" w:cstheme="majorHAnsi"/>
                <w:szCs w:val="20"/>
              </w:rPr>
            </w:pPr>
          </w:p>
        </w:tc>
      </w:tr>
    </w:tbl>
    <w:p w:rsidR="00F61231" w:rsidRPr="000E6BF9" w:rsidRDefault="00F61231" w:rsidP="000E6BF9">
      <w:pPr>
        <w:spacing w:after="240" w:line="360" w:lineRule="auto"/>
        <w:rPr>
          <w:rFonts w:asciiTheme="majorHAnsi" w:hAnsiTheme="majorHAnsi" w:cstheme="majorHAnsi"/>
          <w:sz w:val="22"/>
        </w:rPr>
      </w:pPr>
    </w:p>
    <w:sectPr w:rsidR="00F61231" w:rsidRPr="000E6BF9" w:rsidSect="000E6BF9">
      <w:headerReference w:type="default" r:id="rId8"/>
      <w:footerReference w:type="default" r:id="rId9"/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6E7" w:rsidRDefault="001F46E7" w:rsidP="000E6BF9">
      <w:pPr>
        <w:spacing w:after="0" w:line="240" w:lineRule="auto"/>
      </w:pPr>
      <w:r>
        <w:separator/>
      </w:r>
    </w:p>
  </w:endnote>
  <w:endnote w:type="continuationSeparator" w:id="0">
    <w:p w:rsidR="001F46E7" w:rsidRDefault="001F46E7" w:rsidP="000E6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96B" w:rsidRPr="0031696B" w:rsidRDefault="0031696B">
    <w:pPr>
      <w:pStyle w:val="Fuzeile"/>
      <w:rPr>
        <w:lang w:val="de-DE"/>
      </w:rPr>
    </w:pPr>
    <w:r>
      <w:rPr>
        <w:lang w:val="de-DE"/>
      </w:rPr>
      <w:t xml:space="preserve">Schulstempel: </w:t>
    </w:r>
    <w:r>
      <w:rPr>
        <w:lang w:val="de-DE"/>
      </w:rPr>
      <w:tab/>
      <w:t xml:space="preserve">                                                              Unterschrift der Schulleitung: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6E7" w:rsidRDefault="001F46E7" w:rsidP="000E6BF9">
      <w:pPr>
        <w:spacing w:after="0" w:line="240" w:lineRule="auto"/>
      </w:pPr>
      <w:r>
        <w:separator/>
      </w:r>
    </w:p>
  </w:footnote>
  <w:footnote w:type="continuationSeparator" w:id="0">
    <w:p w:rsidR="001F46E7" w:rsidRDefault="001F46E7" w:rsidP="000E6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BF9" w:rsidRPr="000E6BF9" w:rsidRDefault="000E6BF9" w:rsidP="000E6BF9">
    <w:pPr>
      <w:spacing w:after="20" w:line="360" w:lineRule="auto"/>
      <w:jc w:val="center"/>
      <w:rPr>
        <w:rFonts w:asciiTheme="majorHAnsi" w:hAnsiTheme="majorHAnsi" w:cstheme="majorHAnsi"/>
        <w:sz w:val="22"/>
        <w:lang w:val="de-DE"/>
      </w:rPr>
    </w:pPr>
    <w:r>
      <w:rPr>
        <w:rFonts w:asciiTheme="majorHAnsi" w:hAnsiTheme="majorHAnsi" w:cstheme="majorHAnsi"/>
        <w:b/>
        <w:noProof/>
        <w:sz w:val="24"/>
        <w:szCs w:val="24"/>
        <w:lang w:val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8B82AB" wp14:editId="0520C20D">
              <wp:simplePos x="0" y="0"/>
              <wp:positionH relativeFrom="column">
                <wp:posOffset>-587828</wp:posOffset>
              </wp:positionH>
              <wp:positionV relativeFrom="paragraph">
                <wp:posOffset>-363894</wp:posOffset>
              </wp:positionV>
              <wp:extent cx="886409" cy="755780"/>
              <wp:effectExtent l="0" t="0" r="15875" b="19050"/>
              <wp:wrapNone/>
              <wp:docPr id="4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6409" cy="7557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0E6BF9" w:rsidRDefault="000E6BF9" w:rsidP="000E6BF9">
                          <w:r>
                            <w:rPr>
                              <w:rFonts w:asciiTheme="majorHAnsi" w:hAnsiTheme="majorHAnsi" w:cstheme="majorHAnsi"/>
                              <w:b/>
                              <w:noProof/>
                              <w:sz w:val="24"/>
                              <w:szCs w:val="24"/>
                              <w:lang w:val="de-DE"/>
                            </w:rPr>
                            <w:drawing>
                              <wp:inline distT="0" distB="0" distL="0" distR="0" wp14:anchorId="604D5DE7" wp14:editId="13185A29">
                                <wp:extent cx="696595" cy="691199"/>
                                <wp:effectExtent l="0" t="0" r="1905" b="0"/>
                                <wp:docPr id="3" name="Grafik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Bildschirmfoto 2026-08-21 um 09.01.03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96595" cy="6911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B82AB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style="position:absolute;left:0;text-align:left;margin-left:-46.3pt;margin-top:-28.65pt;width:69.8pt;height:5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" fillcolor="white [3201]" strokeweight=".5pt">
              <v:textbox>
                <w:txbxContent>
                  <w:p w:rsidR="000E6BF9" w:rsidRDefault="000E6BF9" w:rsidP="000E6BF9">
                    <w:r>
                      <w:rPr>
                        <w:rFonts w:asciiTheme="majorHAnsi" w:hAnsiTheme="majorHAnsi" w:cstheme="majorHAnsi"/>
                        <w:b/>
                        <w:noProof/>
                        <w:sz w:val="24"/>
                        <w:szCs w:val="24"/>
                        <w:lang w:val="de-DE"/>
                      </w:rPr>
                      <w:drawing>
                        <wp:inline distT="0" distB="0" distL="0" distR="0" wp14:anchorId="604D5DE7" wp14:editId="13185A29">
                          <wp:extent cx="696595" cy="691199"/>
                          <wp:effectExtent l="0" t="0" r="1905" b="0"/>
                          <wp:docPr id="3" name="Grafi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Bildschirmfoto 2026-08-21 um 09.01.03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96595" cy="6911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E6BF9">
      <w:rPr>
        <w:rFonts w:asciiTheme="majorHAnsi" w:hAnsiTheme="majorHAnsi" w:cstheme="majorHAnsi"/>
        <w:b/>
        <w:sz w:val="22"/>
        <w:lang w:val="de-DE"/>
      </w:rPr>
      <w:t>Einverständniserklärung</w:t>
    </w:r>
    <w:r>
      <w:rPr>
        <w:rFonts w:asciiTheme="majorHAnsi" w:hAnsiTheme="majorHAnsi" w:cstheme="majorHAnsi"/>
        <w:sz w:val="22"/>
        <w:lang w:val="de-DE"/>
      </w:rPr>
      <w:t xml:space="preserve"> </w:t>
    </w:r>
    <w:r w:rsidRPr="000E6BF9">
      <w:rPr>
        <w:rFonts w:asciiTheme="majorHAnsi" w:hAnsiTheme="majorHAnsi" w:cstheme="majorHAnsi"/>
        <w:b/>
        <w:sz w:val="22"/>
        <w:lang w:val="de-DE"/>
      </w:rPr>
      <w:t>Bild-, Video- und Tonaufnahmen zum Projekt</w:t>
    </w:r>
  </w:p>
  <w:p w:rsidR="000E6BF9" w:rsidRPr="000E6BF9" w:rsidRDefault="000E6BF9" w:rsidP="000E6BF9">
    <w:pPr>
      <w:pStyle w:val="Kopfzeile"/>
      <w:jc w:val="center"/>
      <w:rPr>
        <w:lang w:val="de-DE"/>
      </w:rPr>
    </w:pPr>
    <w:r w:rsidRPr="000E6BF9">
      <w:rPr>
        <w:rFonts w:asciiTheme="majorHAnsi" w:hAnsiTheme="majorHAnsi" w:cstheme="majorHAnsi"/>
        <w:b/>
        <w:sz w:val="22"/>
        <w:lang w:val="de-DE"/>
      </w:rPr>
      <w:t xml:space="preserve">„36 Schulen. Viele Stimmen. Ein </w:t>
    </w:r>
    <w:proofErr w:type="spellStart"/>
    <w:r w:rsidRPr="000E6BF9">
      <w:rPr>
        <w:rFonts w:asciiTheme="majorHAnsi" w:hAnsiTheme="majorHAnsi" w:cstheme="majorHAnsi"/>
        <w:b/>
        <w:sz w:val="22"/>
        <w:lang w:val="de-DE"/>
      </w:rPr>
      <w:t>Vibe</w:t>
    </w:r>
    <w:proofErr w:type="spellEnd"/>
    <w:r w:rsidRPr="000E6BF9">
      <w:rPr>
        <w:rFonts w:asciiTheme="majorHAnsi" w:hAnsiTheme="majorHAnsi" w:cstheme="majorHAnsi"/>
        <w:b/>
        <w:sz w:val="22"/>
        <w:lang w:val="de-DE"/>
      </w:rPr>
      <w:t>: Demokratie &amp; Vielfalt.“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6BF9"/>
    <w:rsid w:val="0015074B"/>
    <w:rsid w:val="001F46E7"/>
    <w:rsid w:val="0029639D"/>
    <w:rsid w:val="0031696B"/>
    <w:rsid w:val="00326F90"/>
    <w:rsid w:val="00373203"/>
    <w:rsid w:val="00AA1D8D"/>
    <w:rsid w:val="00B47730"/>
    <w:rsid w:val="00CB0664"/>
    <w:rsid w:val="00F6123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BFD2C"/>
  <w14:defaultImageDpi w14:val="300"/>
  <w15:docId w15:val="{B14F76F3-C55C-CF49-947E-8D287C35D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FC693F"/>
    <w:pPr>
      <w:spacing w:after="120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961388-C32E-074B-AEF5-E72F819B4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4</cp:revision>
  <dcterms:created xsi:type="dcterms:W3CDTF">2026-08-21T07:19:00Z</dcterms:created>
  <dcterms:modified xsi:type="dcterms:W3CDTF">2026-08-21T07:24:00Z</dcterms:modified>
  <cp:category/>
</cp:coreProperties>
</file>