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F96D6" w14:textId="77777777" w:rsidR="00A058D9" w:rsidRPr="00102D5C" w:rsidRDefault="00A058D9" w:rsidP="00A058D9">
      <w:pPr>
        <w:pStyle w:val="berschrift1"/>
        <w:jc w:val="center"/>
        <w:rPr>
          <w:sz w:val="40"/>
          <w:szCs w:val="40"/>
          <w:lang w:val="de-DE"/>
        </w:rPr>
      </w:pPr>
      <w:r>
        <w:rPr>
          <w:rFonts w:ascii="Arial" w:hAnsi="Arial" w:cs="Arial"/>
          <w:noProof/>
          <w:sz w:val="20"/>
          <w:lang w:eastAsia="de-DE"/>
        </w:rPr>
        <w:drawing>
          <wp:anchor distT="0" distB="0" distL="114300" distR="114300" simplePos="0" relativeHeight="251659264" behindDoc="1" locked="0" layoutInCell="1" allowOverlap="1" wp14:anchorId="094A44B8" wp14:editId="45FD721C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2028825" cy="1524000"/>
            <wp:effectExtent l="0" t="0" r="9525" b="0"/>
            <wp:wrapTight wrapText="bothSides">
              <wp:wrapPolygon edited="0">
                <wp:start x="0" y="0"/>
                <wp:lineTo x="0" y="21330"/>
                <wp:lineTo x="21499" y="21330"/>
                <wp:lineTo x="21499" y="0"/>
                <wp:lineTo x="0" y="0"/>
              </wp:wrapPolygon>
            </wp:wrapTight>
            <wp:docPr id="1479218514" name="Grafik 1479218514" descr="E:\ZEUGNISERSTELLUNG bitte nicht löschen!!!\00 Erstellung mit MS Office ab 2023\Erstellung der Druckvorlagen 2Hj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ZEUGNISERSTELLUNG bitte nicht löschen!!!\00 Erstellung mit MS Office ab 2023\Erstellung der Druckvorlagen 2Hj\logo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058D9">
        <w:rPr>
          <w:sz w:val="40"/>
          <w:szCs w:val="40"/>
          <w:lang w:val="de-DE"/>
        </w:rPr>
        <w:t>Dokumentation des Bewerbungsprozesses</w:t>
      </w:r>
      <w:r w:rsidRPr="00102D5C">
        <w:rPr>
          <w:sz w:val="40"/>
          <w:szCs w:val="40"/>
          <w:lang w:val="de-DE"/>
        </w:rPr>
        <w:t xml:space="preserve"> – Reflexionsbogen für Schülerinnen und Schüler</w:t>
      </w:r>
    </w:p>
    <w:p w14:paraId="5017DCD4" w14:textId="77777777" w:rsidR="00A058D9" w:rsidRDefault="00A058D9" w:rsidP="00A058D9">
      <w:pPr>
        <w:pStyle w:val="berschrift2"/>
        <w:rPr>
          <w:rFonts w:asciiTheme="minorHAnsi" w:eastAsiaTheme="minorEastAsia" w:hAnsiTheme="minorHAnsi" w:cstheme="minorBidi"/>
          <w:color w:val="auto"/>
          <w:sz w:val="22"/>
          <w:szCs w:val="22"/>
          <w:lang w:val="de-DE"/>
        </w:rPr>
      </w:pPr>
    </w:p>
    <w:p w14:paraId="18B0516F" w14:textId="3F30D994" w:rsidR="00A058D9" w:rsidRDefault="00A058D9" w:rsidP="00A058D9">
      <w:pPr>
        <w:pStyle w:val="berschrift2"/>
        <w:rPr>
          <w:lang w:val="de-DE"/>
        </w:rPr>
      </w:pPr>
      <w:r w:rsidRPr="00A058D9">
        <w:rPr>
          <w:rFonts w:asciiTheme="minorHAnsi" w:eastAsiaTheme="minorEastAsia" w:hAnsiTheme="minorHAnsi" w:cstheme="minorBidi"/>
          <w:color w:val="auto"/>
          <w:sz w:val="22"/>
          <w:szCs w:val="22"/>
          <w:lang w:val="de-DE"/>
        </w:rPr>
        <w:t>Diese Liste dient der Dokumentation aller Schritte im Bewerbungsprozess.</w:t>
      </w:r>
    </w:p>
    <w:p w14:paraId="1A544C5A" w14:textId="53C97D1D" w:rsidR="00A058D9" w:rsidRPr="00CF4B45" w:rsidRDefault="00A058D9" w:rsidP="00A058D9">
      <w:pPr>
        <w:pStyle w:val="berschrift2"/>
        <w:rPr>
          <w:u w:val="single"/>
          <w:lang w:val="de-DE"/>
        </w:rPr>
      </w:pPr>
      <w:r>
        <w:rPr>
          <w:u w:val="single"/>
          <w:lang w:val="de-DE"/>
        </w:rPr>
        <w:t>Checkliste</w:t>
      </w:r>
      <w:r w:rsidRPr="00CF4B45">
        <w:rPr>
          <w:u w:val="single"/>
          <w:lang w:val="de-DE"/>
        </w:rPr>
        <w:t>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495"/>
        <w:gridCol w:w="1372"/>
        <w:gridCol w:w="1495"/>
        <w:gridCol w:w="1417"/>
        <w:gridCol w:w="1765"/>
        <w:gridCol w:w="2250"/>
        <w:gridCol w:w="2250"/>
        <w:gridCol w:w="906"/>
      </w:tblGrid>
      <w:tr w:rsidR="00A058D9" w14:paraId="1659C72A" w14:textId="1CED1BDD" w:rsidTr="00A058D9">
        <w:tc>
          <w:tcPr>
            <w:tcW w:w="1495" w:type="dxa"/>
          </w:tcPr>
          <w:p w14:paraId="1184273C" w14:textId="7A45DC3B" w:rsidR="00A058D9" w:rsidRDefault="00A058D9" w:rsidP="00A058D9">
            <w:proofErr w:type="spellStart"/>
            <w:r>
              <w:t>Stellensuche</w:t>
            </w:r>
            <w:proofErr w:type="spellEnd"/>
            <w:r>
              <w:t xml:space="preserve"> / Recherche</w:t>
            </w:r>
          </w:p>
          <w:p w14:paraId="65F27347" w14:textId="39D0922A" w:rsidR="00A058D9" w:rsidRDefault="00A058D9" w:rsidP="00A058D9">
            <w:pPr>
              <w:rPr>
                <w:lang w:val="de-DE"/>
              </w:rPr>
            </w:pPr>
          </w:p>
        </w:tc>
        <w:tc>
          <w:tcPr>
            <w:tcW w:w="1372" w:type="dxa"/>
          </w:tcPr>
          <w:p w14:paraId="013C2CC0" w14:textId="1146F689" w:rsidR="00A058D9" w:rsidRDefault="00A058D9" w:rsidP="00A058D9">
            <w:r>
              <w:rPr>
                <w:lang w:val="de-DE"/>
              </w:rPr>
              <w:t xml:space="preserve"> </w:t>
            </w:r>
            <w:proofErr w:type="spellStart"/>
            <w:r>
              <w:t>Erstellung</w:t>
            </w:r>
            <w:proofErr w:type="spellEnd"/>
            <w:r>
              <w:t xml:space="preserve"> Lebenslauf</w:t>
            </w:r>
          </w:p>
          <w:p w14:paraId="213D598A" w14:textId="7C8D7346" w:rsidR="00A058D9" w:rsidRDefault="00A058D9" w:rsidP="00A058D9">
            <w:pPr>
              <w:rPr>
                <w:lang w:val="de-DE"/>
              </w:rPr>
            </w:pPr>
          </w:p>
        </w:tc>
        <w:tc>
          <w:tcPr>
            <w:tcW w:w="1495" w:type="dxa"/>
          </w:tcPr>
          <w:p w14:paraId="2E741E50" w14:textId="2FD28478" w:rsidR="00A058D9" w:rsidRDefault="00A058D9" w:rsidP="00A058D9">
            <w:proofErr w:type="spellStart"/>
            <w:r>
              <w:t>Erstellung</w:t>
            </w:r>
            <w:proofErr w:type="spellEnd"/>
            <w:r>
              <w:t xml:space="preserve"> </w:t>
            </w:r>
            <w:proofErr w:type="spellStart"/>
            <w:r>
              <w:t>Anschreiben</w:t>
            </w:r>
            <w:proofErr w:type="spellEnd"/>
          </w:p>
          <w:p w14:paraId="49A0C871" w14:textId="77777777" w:rsidR="00A058D9" w:rsidRDefault="00A058D9" w:rsidP="00A058D9">
            <w:pPr>
              <w:rPr>
                <w:lang w:val="de-DE"/>
              </w:rPr>
            </w:pPr>
          </w:p>
        </w:tc>
        <w:tc>
          <w:tcPr>
            <w:tcW w:w="1417" w:type="dxa"/>
          </w:tcPr>
          <w:p w14:paraId="3B5B25B5" w14:textId="1BD12156" w:rsidR="00A058D9" w:rsidRDefault="00A058D9" w:rsidP="00A058D9">
            <w:proofErr w:type="spellStart"/>
            <w:r>
              <w:t>Versand</w:t>
            </w:r>
            <w:proofErr w:type="spellEnd"/>
            <w:r>
              <w:t xml:space="preserve"> der </w:t>
            </w:r>
            <w:proofErr w:type="spellStart"/>
            <w:r>
              <w:t>Bewerbung</w:t>
            </w:r>
            <w:proofErr w:type="spellEnd"/>
          </w:p>
          <w:p w14:paraId="38367191" w14:textId="77777777" w:rsidR="00A058D9" w:rsidRDefault="00A058D9" w:rsidP="00A058D9">
            <w:pPr>
              <w:rPr>
                <w:lang w:val="de-DE"/>
              </w:rPr>
            </w:pPr>
          </w:p>
        </w:tc>
        <w:tc>
          <w:tcPr>
            <w:tcW w:w="1765" w:type="dxa"/>
          </w:tcPr>
          <w:p w14:paraId="1A346EAF" w14:textId="4B2FCEE0" w:rsidR="00A058D9" w:rsidRDefault="00A058D9" w:rsidP="00A058D9">
            <w:proofErr w:type="spellStart"/>
            <w:r>
              <w:t>Rückmeldung</w:t>
            </w:r>
            <w:proofErr w:type="spellEnd"/>
            <w:r>
              <w:t xml:space="preserve"> Betriebe</w:t>
            </w:r>
          </w:p>
          <w:p w14:paraId="1BAF8B57" w14:textId="77777777" w:rsidR="00A058D9" w:rsidRDefault="00A058D9" w:rsidP="00A058D9">
            <w:pPr>
              <w:rPr>
                <w:lang w:val="de-DE"/>
              </w:rPr>
            </w:pPr>
          </w:p>
        </w:tc>
        <w:tc>
          <w:tcPr>
            <w:tcW w:w="2250" w:type="dxa"/>
          </w:tcPr>
          <w:p w14:paraId="49ADD4FB" w14:textId="40728DF8" w:rsidR="00A058D9" w:rsidRDefault="00A058D9" w:rsidP="00A058D9">
            <w:proofErr w:type="spellStart"/>
            <w:r>
              <w:t>Einladung</w:t>
            </w:r>
            <w:proofErr w:type="spellEnd"/>
            <w:r>
              <w:t xml:space="preserve"> </w:t>
            </w:r>
            <w:proofErr w:type="spellStart"/>
            <w:r>
              <w:t>zum</w:t>
            </w:r>
            <w:proofErr w:type="spellEnd"/>
            <w:r>
              <w:t xml:space="preserve"> </w:t>
            </w:r>
            <w:proofErr w:type="spellStart"/>
            <w:r>
              <w:t>Vorstellungsgespräch</w:t>
            </w:r>
            <w:proofErr w:type="spellEnd"/>
          </w:p>
          <w:p w14:paraId="38813CE8" w14:textId="77777777" w:rsidR="00A058D9" w:rsidRDefault="00A058D9" w:rsidP="00A058D9">
            <w:pPr>
              <w:rPr>
                <w:lang w:val="de-DE"/>
              </w:rPr>
            </w:pPr>
          </w:p>
        </w:tc>
        <w:tc>
          <w:tcPr>
            <w:tcW w:w="2250" w:type="dxa"/>
          </w:tcPr>
          <w:p w14:paraId="53312382" w14:textId="0B2B6928" w:rsidR="00A058D9" w:rsidRDefault="00A058D9" w:rsidP="00A058D9">
            <w:proofErr w:type="spellStart"/>
            <w:r>
              <w:t>Teilnahme</w:t>
            </w:r>
            <w:proofErr w:type="spellEnd"/>
            <w:r>
              <w:t xml:space="preserve"> am </w:t>
            </w:r>
            <w:proofErr w:type="spellStart"/>
            <w:r>
              <w:t>Vorstellungsgespräch</w:t>
            </w:r>
            <w:proofErr w:type="spellEnd"/>
          </w:p>
          <w:p w14:paraId="510A61E1" w14:textId="77777777" w:rsidR="00A058D9" w:rsidRDefault="00A058D9" w:rsidP="00A058D9">
            <w:pPr>
              <w:rPr>
                <w:lang w:val="de-DE"/>
              </w:rPr>
            </w:pPr>
          </w:p>
        </w:tc>
        <w:tc>
          <w:tcPr>
            <w:tcW w:w="906" w:type="dxa"/>
          </w:tcPr>
          <w:p w14:paraId="61BD05E5" w14:textId="2A128118" w:rsidR="00A058D9" w:rsidRDefault="00A058D9" w:rsidP="00A058D9">
            <w:proofErr w:type="spellStart"/>
            <w:r>
              <w:t>Erhalt</w:t>
            </w:r>
            <w:proofErr w:type="spellEnd"/>
            <w:r>
              <w:t xml:space="preserve"> Zu- oder Absage</w:t>
            </w:r>
          </w:p>
          <w:p w14:paraId="4F52A34F" w14:textId="77777777" w:rsidR="00A058D9" w:rsidRDefault="00A058D9" w:rsidP="00A058D9"/>
        </w:tc>
      </w:tr>
      <w:tr w:rsidR="00A058D9" w14:paraId="02A2FB5C" w14:textId="304FE61E" w:rsidTr="00A058D9">
        <w:tc>
          <w:tcPr>
            <w:tcW w:w="1495" w:type="dxa"/>
          </w:tcPr>
          <w:p w14:paraId="722943F0" w14:textId="77777777" w:rsidR="00A058D9" w:rsidRDefault="00A058D9" w:rsidP="00A058D9">
            <w:pPr>
              <w:rPr>
                <w:lang w:val="de-DE"/>
              </w:rPr>
            </w:pPr>
          </w:p>
          <w:p w14:paraId="1E2BF339" w14:textId="77777777" w:rsidR="00FC6F66" w:rsidRDefault="00FC6F66" w:rsidP="00A058D9">
            <w:pPr>
              <w:rPr>
                <w:lang w:val="de-DE"/>
              </w:rPr>
            </w:pPr>
          </w:p>
          <w:p w14:paraId="0D3A423F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1372" w:type="dxa"/>
          </w:tcPr>
          <w:p w14:paraId="0F0C0FE8" w14:textId="77777777" w:rsidR="00A058D9" w:rsidRDefault="00A058D9" w:rsidP="00A058D9">
            <w:pPr>
              <w:rPr>
                <w:lang w:val="de-DE"/>
              </w:rPr>
            </w:pPr>
          </w:p>
        </w:tc>
        <w:tc>
          <w:tcPr>
            <w:tcW w:w="1495" w:type="dxa"/>
          </w:tcPr>
          <w:p w14:paraId="5CCAE06A" w14:textId="77777777" w:rsidR="00A058D9" w:rsidRDefault="00A058D9" w:rsidP="00A058D9">
            <w:pPr>
              <w:rPr>
                <w:lang w:val="de-DE"/>
              </w:rPr>
            </w:pPr>
          </w:p>
        </w:tc>
        <w:tc>
          <w:tcPr>
            <w:tcW w:w="1417" w:type="dxa"/>
          </w:tcPr>
          <w:p w14:paraId="6E1037FE" w14:textId="77777777" w:rsidR="00A058D9" w:rsidRDefault="00A058D9" w:rsidP="00A058D9">
            <w:pPr>
              <w:rPr>
                <w:lang w:val="de-DE"/>
              </w:rPr>
            </w:pPr>
          </w:p>
        </w:tc>
        <w:tc>
          <w:tcPr>
            <w:tcW w:w="1765" w:type="dxa"/>
          </w:tcPr>
          <w:p w14:paraId="7F410447" w14:textId="77777777" w:rsidR="00A058D9" w:rsidRDefault="00A058D9" w:rsidP="00A058D9">
            <w:pPr>
              <w:rPr>
                <w:lang w:val="de-DE"/>
              </w:rPr>
            </w:pPr>
          </w:p>
        </w:tc>
        <w:tc>
          <w:tcPr>
            <w:tcW w:w="2250" w:type="dxa"/>
          </w:tcPr>
          <w:p w14:paraId="7C4E257B" w14:textId="77777777" w:rsidR="00A058D9" w:rsidRDefault="00A058D9" w:rsidP="00A058D9">
            <w:pPr>
              <w:rPr>
                <w:lang w:val="de-DE"/>
              </w:rPr>
            </w:pPr>
          </w:p>
        </w:tc>
        <w:tc>
          <w:tcPr>
            <w:tcW w:w="2250" w:type="dxa"/>
          </w:tcPr>
          <w:p w14:paraId="5D00CC1A" w14:textId="77777777" w:rsidR="00A058D9" w:rsidRDefault="00A058D9" w:rsidP="00A058D9">
            <w:pPr>
              <w:rPr>
                <w:lang w:val="de-DE"/>
              </w:rPr>
            </w:pPr>
          </w:p>
        </w:tc>
        <w:tc>
          <w:tcPr>
            <w:tcW w:w="906" w:type="dxa"/>
          </w:tcPr>
          <w:p w14:paraId="043BCD44" w14:textId="77777777" w:rsidR="00A058D9" w:rsidRDefault="00A058D9" w:rsidP="00A058D9">
            <w:pPr>
              <w:rPr>
                <w:lang w:val="de-DE"/>
              </w:rPr>
            </w:pPr>
          </w:p>
        </w:tc>
      </w:tr>
      <w:tr w:rsidR="00A058D9" w14:paraId="20CFB316" w14:textId="053E5E4F" w:rsidTr="00A058D9">
        <w:tc>
          <w:tcPr>
            <w:tcW w:w="1495" w:type="dxa"/>
          </w:tcPr>
          <w:p w14:paraId="575D9936" w14:textId="77777777" w:rsidR="00A058D9" w:rsidRDefault="00A058D9" w:rsidP="00A058D9">
            <w:pPr>
              <w:rPr>
                <w:lang w:val="de-DE"/>
              </w:rPr>
            </w:pPr>
          </w:p>
          <w:p w14:paraId="096987EE" w14:textId="77777777" w:rsidR="00047B34" w:rsidRDefault="00047B34" w:rsidP="00A058D9">
            <w:pPr>
              <w:rPr>
                <w:lang w:val="de-DE"/>
              </w:rPr>
            </w:pPr>
          </w:p>
          <w:p w14:paraId="419199D7" w14:textId="77777777" w:rsidR="00FC6F66" w:rsidRDefault="00FC6F66" w:rsidP="00A058D9">
            <w:pPr>
              <w:rPr>
                <w:lang w:val="de-DE"/>
              </w:rPr>
            </w:pPr>
          </w:p>
        </w:tc>
        <w:tc>
          <w:tcPr>
            <w:tcW w:w="1372" w:type="dxa"/>
          </w:tcPr>
          <w:p w14:paraId="09C7A766" w14:textId="77777777" w:rsidR="00A058D9" w:rsidRDefault="00A058D9" w:rsidP="00A058D9">
            <w:pPr>
              <w:rPr>
                <w:lang w:val="de-DE"/>
              </w:rPr>
            </w:pPr>
          </w:p>
        </w:tc>
        <w:tc>
          <w:tcPr>
            <w:tcW w:w="1495" w:type="dxa"/>
          </w:tcPr>
          <w:p w14:paraId="4B6DB9D0" w14:textId="77777777" w:rsidR="00A058D9" w:rsidRDefault="00A058D9" w:rsidP="00A058D9">
            <w:pPr>
              <w:rPr>
                <w:lang w:val="de-DE"/>
              </w:rPr>
            </w:pPr>
          </w:p>
        </w:tc>
        <w:tc>
          <w:tcPr>
            <w:tcW w:w="1417" w:type="dxa"/>
          </w:tcPr>
          <w:p w14:paraId="4B7E3E86" w14:textId="77777777" w:rsidR="00A058D9" w:rsidRDefault="00A058D9" w:rsidP="00A058D9">
            <w:pPr>
              <w:rPr>
                <w:lang w:val="de-DE"/>
              </w:rPr>
            </w:pPr>
          </w:p>
        </w:tc>
        <w:tc>
          <w:tcPr>
            <w:tcW w:w="1765" w:type="dxa"/>
          </w:tcPr>
          <w:p w14:paraId="45316BFA" w14:textId="77777777" w:rsidR="00A058D9" w:rsidRDefault="00A058D9" w:rsidP="00A058D9">
            <w:pPr>
              <w:rPr>
                <w:lang w:val="de-DE"/>
              </w:rPr>
            </w:pPr>
          </w:p>
        </w:tc>
        <w:tc>
          <w:tcPr>
            <w:tcW w:w="2250" w:type="dxa"/>
          </w:tcPr>
          <w:p w14:paraId="140832BC" w14:textId="77777777" w:rsidR="00A058D9" w:rsidRDefault="00A058D9" w:rsidP="00A058D9">
            <w:pPr>
              <w:rPr>
                <w:lang w:val="de-DE"/>
              </w:rPr>
            </w:pPr>
          </w:p>
        </w:tc>
        <w:tc>
          <w:tcPr>
            <w:tcW w:w="2250" w:type="dxa"/>
          </w:tcPr>
          <w:p w14:paraId="198F12C4" w14:textId="77777777" w:rsidR="00A058D9" w:rsidRDefault="00A058D9" w:rsidP="00A058D9">
            <w:pPr>
              <w:rPr>
                <w:lang w:val="de-DE"/>
              </w:rPr>
            </w:pPr>
          </w:p>
        </w:tc>
        <w:tc>
          <w:tcPr>
            <w:tcW w:w="906" w:type="dxa"/>
          </w:tcPr>
          <w:p w14:paraId="44B49D71" w14:textId="77777777" w:rsidR="00A058D9" w:rsidRDefault="00A058D9" w:rsidP="00A058D9">
            <w:pPr>
              <w:rPr>
                <w:lang w:val="de-DE"/>
              </w:rPr>
            </w:pPr>
          </w:p>
        </w:tc>
      </w:tr>
      <w:tr w:rsidR="00A058D9" w14:paraId="1EFE0E6E" w14:textId="6008E059" w:rsidTr="00A058D9">
        <w:tc>
          <w:tcPr>
            <w:tcW w:w="1495" w:type="dxa"/>
          </w:tcPr>
          <w:p w14:paraId="67C99E79" w14:textId="77777777" w:rsidR="00A058D9" w:rsidRDefault="00A058D9" w:rsidP="00A058D9">
            <w:pPr>
              <w:rPr>
                <w:lang w:val="de-DE"/>
              </w:rPr>
            </w:pPr>
          </w:p>
          <w:p w14:paraId="2FF9A6A5" w14:textId="77777777" w:rsidR="00047B34" w:rsidRDefault="00047B34" w:rsidP="00A058D9">
            <w:pPr>
              <w:rPr>
                <w:lang w:val="de-DE"/>
              </w:rPr>
            </w:pPr>
          </w:p>
          <w:p w14:paraId="5B160A37" w14:textId="77777777" w:rsidR="00FC6F66" w:rsidRDefault="00FC6F66" w:rsidP="00A058D9">
            <w:pPr>
              <w:rPr>
                <w:lang w:val="de-DE"/>
              </w:rPr>
            </w:pPr>
          </w:p>
        </w:tc>
        <w:tc>
          <w:tcPr>
            <w:tcW w:w="1372" w:type="dxa"/>
          </w:tcPr>
          <w:p w14:paraId="7792B4CC" w14:textId="77777777" w:rsidR="00A058D9" w:rsidRDefault="00A058D9" w:rsidP="00A058D9">
            <w:pPr>
              <w:rPr>
                <w:lang w:val="de-DE"/>
              </w:rPr>
            </w:pPr>
          </w:p>
        </w:tc>
        <w:tc>
          <w:tcPr>
            <w:tcW w:w="1495" w:type="dxa"/>
          </w:tcPr>
          <w:p w14:paraId="522EE7A0" w14:textId="77777777" w:rsidR="00A058D9" w:rsidRDefault="00A058D9" w:rsidP="00A058D9">
            <w:pPr>
              <w:rPr>
                <w:lang w:val="de-DE"/>
              </w:rPr>
            </w:pPr>
          </w:p>
        </w:tc>
        <w:tc>
          <w:tcPr>
            <w:tcW w:w="1417" w:type="dxa"/>
          </w:tcPr>
          <w:p w14:paraId="6C78C628" w14:textId="77777777" w:rsidR="00A058D9" w:rsidRDefault="00A058D9" w:rsidP="00A058D9">
            <w:pPr>
              <w:rPr>
                <w:lang w:val="de-DE"/>
              </w:rPr>
            </w:pPr>
          </w:p>
        </w:tc>
        <w:tc>
          <w:tcPr>
            <w:tcW w:w="1765" w:type="dxa"/>
          </w:tcPr>
          <w:p w14:paraId="7056CEFC" w14:textId="77777777" w:rsidR="00A058D9" w:rsidRDefault="00A058D9" w:rsidP="00A058D9">
            <w:pPr>
              <w:rPr>
                <w:lang w:val="de-DE"/>
              </w:rPr>
            </w:pPr>
          </w:p>
        </w:tc>
        <w:tc>
          <w:tcPr>
            <w:tcW w:w="2250" w:type="dxa"/>
          </w:tcPr>
          <w:p w14:paraId="4D4F8D76" w14:textId="77777777" w:rsidR="00A058D9" w:rsidRDefault="00A058D9" w:rsidP="00A058D9">
            <w:pPr>
              <w:rPr>
                <w:lang w:val="de-DE"/>
              </w:rPr>
            </w:pPr>
          </w:p>
        </w:tc>
        <w:tc>
          <w:tcPr>
            <w:tcW w:w="2250" w:type="dxa"/>
          </w:tcPr>
          <w:p w14:paraId="7FF2C1B4" w14:textId="77777777" w:rsidR="00A058D9" w:rsidRDefault="00A058D9" w:rsidP="00A058D9">
            <w:pPr>
              <w:rPr>
                <w:lang w:val="de-DE"/>
              </w:rPr>
            </w:pPr>
          </w:p>
        </w:tc>
        <w:tc>
          <w:tcPr>
            <w:tcW w:w="906" w:type="dxa"/>
          </w:tcPr>
          <w:p w14:paraId="4F93B08A" w14:textId="77777777" w:rsidR="00A058D9" w:rsidRDefault="00A058D9" w:rsidP="00A058D9">
            <w:pPr>
              <w:rPr>
                <w:lang w:val="de-DE"/>
              </w:rPr>
            </w:pPr>
          </w:p>
        </w:tc>
      </w:tr>
      <w:tr w:rsidR="00A058D9" w14:paraId="4850BBE7" w14:textId="6FE881C9" w:rsidTr="00A058D9">
        <w:tc>
          <w:tcPr>
            <w:tcW w:w="1495" w:type="dxa"/>
          </w:tcPr>
          <w:p w14:paraId="4CFCC318" w14:textId="77777777" w:rsidR="00A058D9" w:rsidRDefault="00A058D9" w:rsidP="00A058D9">
            <w:pPr>
              <w:rPr>
                <w:lang w:val="de-DE"/>
              </w:rPr>
            </w:pPr>
          </w:p>
          <w:p w14:paraId="5D57884E" w14:textId="77777777" w:rsidR="00FC6F66" w:rsidRDefault="00FC6F66" w:rsidP="00A058D9">
            <w:pPr>
              <w:rPr>
                <w:lang w:val="de-DE"/>
              </w:rPr>
            </w:pPr>
          </w:p>
          <w:p w14:paraId="137C4524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1372" w:type="dxa"/>
          </w:tcPr>
          <w:p w14:paraId="21752BE1" w14:textId="77777777" w:rsidR="00A058D9" w:rsidRDefault="00A058D9" w:rsidP="00A058D9">
            <w:pPr>
              <w:rPr>
                <w:lang w:val="de-DE"/>
              </w:rPr>
            </w:pPr>
          </w:p>
        </w:tc>
        <w:tc>
          <w:tcPr>
            <w:tcW w:w="1495" w:type="dxa"/>
          </w:tcPr>
          <w:p w14:paraId="27211A40" w14:textId="77777777" w:rsidR="00A058D9" w:rsidRDefault="00A058D9" w:rsidP="00A058D9">
            <w:pPr>
              <w:rPr>
                <w:lang w:val="de-DE"/>
              </w:rPr>
            </w:pPr>
          </w:p>
        </w:tc>
        <w:tc>
          <w:tcPr>
            <w:tcW w:w="1417" w:type="dxa"/>
          </w:tcPr>
          <w:p w14:paraId="3BF8D5FA" w14:textId="77777777" w:rsidR="00A058D9" w:rsidRDefault="00A058D9" w:rsidP="00A058D9">
            <w:pPr>
              <w:rPr>
                <w:lang w:val="de-DE"/>
              </w:rPr>
            </w:pPr>
          </w:p>
        </w:tc>
        <w:tc>
          <w:tcPr>
            <w:tcW w:w="1765" w:type="dxa"/>
          </w:tcPr>
          <w:p w14:paraId="5435B1A9" w14:textId="77777777" w:rsidR="00A058D9" w:rsidRDefault="00A058D9" w:rsidP="00A058D9">
            <w:pPr>
              <w:rPr>
                <w:lang w:val="de-DE"/>
              </w:rPr>
            </w:pPr>
          </w:p>
        </w:tc>
        <w:tc>
          <w:tcPr>
            <w:tcW w:w="2250" w:type="dxa"/>
          </w:tcPr>
          <w:p w14:paraId="2AED7211" w14:textId="77777777" w:rsidR="00A058D9" w:rsidRDefault="00A058D9" w:rsidP="00A058D9">
            <w:pPr>
              <w:rPr>
                <w:lang w:val="de-DE"/>
              </w:rPr>
            </w:pPr>
          </w:p>
        </w:tc>
        <w:tc>
          <w:tcPr>
            <w:tcW w:w="2250" w:type="dxa"/>
          </w:tcPr>
          <w:p w14:paraId="723DCF90" w14:textId="77777777" w:rsidR="00A058D9" w:rsidRDefault="00A058D9" w:rsidP="00A058D9">
            <w:pPr>
              <w:rPr>
                <w:lang w:val="de-DE"/>
              </w:rPr>
            </w:pPr>
          </w:p>
        </w:tc>
        <w:tc>
          <w:tcPr>
            <w:tcW w:w="906" w:type="dxa"/>
          </w:tcPr>
          <w:p w14:paraId="45C7EC30" w14:textId="77777777" w:rsidR="00A058D9" w:rsidRDefault="00A058D9" w:rsidP="00A058D9">
            <w:pPr>
              <w:rPr>
                <w:lang w:val="de-DE"/>
              </w:rPr>
            </w:pPr>
          </w:p>
        </w:tc>
      </w:tr>
      <w:tr w:rsidR="00047B34" w14:paraId="00592C4E" w14:textId="77777777" w:rsidTr="00A058D9">
        <w:tc>
          <w:tcPr>
            <w:tcW w:w="1495" w:type="dxa"/>
          </w:tcPr>
          <w:p w14:paraId="655B1250" w14:textId="77777777" w:rsidR="00047B34" w:rsidRDefault="00047B34" w:rsidP="00A058D9">
            <w:pPr>
              <w:rPr>
                <w:lang w:val="de-DE"/>
              </w:rPr>
            </w:pPr>
          </w:p>
          <w:p w14:paraId="656A858F" w14:textId="77777777" w:rsidR="00047B34" w:rsidRDefault="00047B34" w:rsidP="00A058D9">
            <w:pPr>
              <w:rPr>
                <w:lang w:val="de-DE"/>
              </w:rPr>
            </w:pPr>
          </w:p>
          <w:p w14:paraId="41EABC0F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1372" w:type="dxa"/>
          </w:tcPr>
          <w:p w14:paraId="653D5733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1495" w:type="dxa"/>
          </w:tcPr>
          <w:p w14:paraId="7D4731DD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1417" w:type="dxa"/>
          </w:tcPr>
          <w:p w14:paraId="2F50F288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1765" w:type="dxa"/>
          </w:tcPr>
          <w:p w14:paraId="4F752000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2250" w:type="dxa"/>
          </w:tcPr>
          <w:p w14:paraId="5B597C9C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2250" w:type="dxa"/>
          </w:tcPr>
          <w:p w14:paraId="130E59FF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906" w:type="dxa"/>
          </w:tcPr>
          <w:p w14:paraId="289F3FA4" w14:textId="77777777" w:rsidR="00047B34" w:rsidRDefault="00047B34" w:rsidP="00A058D9">
            <w:pPr>
              <w:rPr>
                <w:lang w:val="de-DE"/>
              </w:rPr>
            </w:pPr>
          </w:p>
        </w:tc>
      </w:tr>
      <w:tr w:rsidR="00047B34" w14:paraId="2149B1C2" w14:textId="77777777" w:rsidTr="00A058D9">
        <w:tc>
          <w:tcPr>
            <w:tcW w:w="1495" w:type="dxa"/>
          </w:tcPr>
          <w:p w14:paraId="21C2657D" w14:textId="77777777" w:rsidR="00047B34" w:rsidRDefault="00047B34" w:rsidP="00047B34">
            <w:proofErr w:type="spellStart"/>
            <w:r>
              <w:lastRenderedPageBreak/>
              <w:t>Stellensuche</w:t>
            </w:r>
            <w:proofErr w:type="spellEnd"/>
            <w:r>
              <w:t xml:space="preserve"> / Recherche</w:t>
            </w:r>
          </w:p>
          <w:p w14:paraId="14D28FA9" w14:textId="77777777" w:rsidR="00047B34" w:rsidRDefault="00047B34" w:rsidP="00A058D9">
            <w:pPr>
              <w:rPr>
                <w:lang w:val="de-DE"/>
              </w:rPr>
            </w:pPr>
          </w:p>
          <w:p w14:paraId="780568E0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1372" w:type="dxa"/>
          </w:tcPr>
          <w:p w14:paraId="02955097" w14:textId="01E67038" w:rsidR="00047B34" w:rsidRDefault="00047B34" w:rsidP="00A058D9">
            <w:pPr>
              <w:rPr>
                <w:lang w:val="de-DE"/>
              </w:rPr>
            </w:pPr>
            <w:proofErr w:type="spellStart"/>
            <w:r>
              <w:t>Erstellung</w:t>
            </w:r>
            <w:proofErr w:type="spellEnd"/>
            <w:r>
              <w:t xml:space="preserve"> Lebenslauf</w:t>
            </w:r>
          </w:p>
        </w:tc>
        <w:tc>
          <w:tcPr>
            <w:tcW w:w="1495" w:type="dxa"/>
          </w:tcPr>
          <w:p w14:paraId="72F8CF7A" w14:textId="77777777" w:rsidR="00047B34" w:rsidRDefault="00047B34" w:rsidP="00047B34">
            <w:proofErr w:type="spellStart"/>
            <w:r>
              <w:t>Erstellung</w:t>
            </w:r>
            <w:proofErr w:type="spellEnd"/>
            <w:r>
              <w:t xml:space="preserve"> </w:t>
            </w:r>
            <w:proofErr w:type="spellStart"/>
            <w:r>
              <w:t>Anschreiben</w:t>
            </w:r>
            <w:proofErr w:type="spellEnd"/>
          </w:p>
          <w:p w14:paraId="3541726B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1417" w:type="dxa"/>
          </w:tcPr>
          <w:p w14:paraId="00759FC7" w14:textId="77777777" w:rsidR="00047B34" w:rsidRDefault="00047B34" w:rsidP="00047B34">
            <w:proofErr w:type="spellStart"/>
            <w:r>
              <w:t>Versand</w:t>
            </w:r>
            <w:proofErr w:type="spellEnd"/>
            <w:r>
              <w:t xml:space="preserve"> der </w:t>
            </w:r>
            <w:proofErr w:type="spellStart"/>
            <w:r>
              <w:t>Bewerbung</w:t>
            </w:r>
            <w:proofErr w:type="spellEnd"/>
          </w:p>
          <w:p w14:paraId="2ACF4A3E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1765" w:type="dxa"/>
          </w:tcPr>
          <w:p w14:paraId="1BBBAEE4" w14:textId="77777777" w:rsidR="00047B34" w:rsidRDefault="00047B34" w:rsidP="00047B34">
            <w:proofErr w:type="spellStart"/>
            <w:r>
              <w:t>Rückmeldung</w:t>
            </w:r>
            <w:proofErr w:type="spellEnd"/>
            <w:r>
              <w:t xml:space="preserve"> Betriebe</w:t>
            </w:r>
          </w:p>
          <w:p w14:paraId="6D5FEF0F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2250" w:type="dxa"/>
          </w:tcPr>
          <w:p w14:paraId="19887321" w14:textId="77777777" w:rsidR="00047B34" w:rsidRDefault="00047B34" w:rsidP="00047B34">
            <w:proofErr w:type="spellStart"/>
            <w:r>
              <w:t>Einladung</w:t>
            </w:r>
            <w:proofErr w:type="spellEnd"/>
            <w:r>
              <w:t xml:space="preserve"> </w:t>
            </w:r>
            <w:proofErr w:type="spellStart"/>
            <w:r>
              <w:t>zum</w:t>
            </w:r>
            <w:proofErr w:type="spellEnd"/>
            <w:r>
              <w:t xml:space="preserve"> </w:t>
            </w:r>
            <w:proofErr w:type="spellStart"/>
            <w:r>
              <w:t>Vorstellungsgespräch</w:t>
            </w:r>
            <w:proofErr w:type="spellEnd"/>
          </w:p>
          <w:p w14:paraId="1462F7AE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2250" w:type="dxa"/>
          </w:tcPr>
          <w:p w14:paraId="26CF4EBB" w14:textId="77777777" w:rsidR="00047B34" w:rsidRDefault="00047B34" w:rsidP="00047B34">
            <w:proofErr w:type="spellStart"/>
            <w:r>
              <w:t>Teilnahme</w:t>
            </w:r>
            <w:proofErr w:type="spellEnd"/>
            <w:r>
              <w:t xml:space="preserve"> am </w:t>
            </w:r>
            <w:proofErr w:type="spellStart"/>
            <w:r>
              <w:t>Vorstellungsgespräch</w:t>
            </w:r>
            <w:proofErr w:type="spellEnd"/>
          </w:p>
          <w:p w14:paraId="33C490F9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906" w:type="dxa"/>
          </w:tcPr>
          <w:p w14:paraId="3D0B318E" w14:textId="77777777" w:rsidR="00047B34" w:rsidRDefault="00047B34" w:rsidP="00047B34">
            <w:proofErr w:type="spellStart"/>
            <w:r>
              <w:t>Erhalt</w:t>
            </w:r>
            <w:proofErr w:type="spellEnd"/>
            <w:r>
              <w:t xml:space="preserve"> Zu- oder Absage</w:t>
            </w:r>
          </w:p>
          <w:p w14:paraId="16FA743B" w14:textId="77777777" w:rsidR="00047B34" w:rsidRDefault="00047B34" w:rsidP="00A058D9">
            <w:pPr>
              <w:rPr>
                <w:lang w:val="de-DE"/>
              </w:rPr>
            </w:pPr>
          </w:p>
        </w:tc>
      </w:tr>
      <w:tr w:rsidR="00047B34" w14:paraId="15566E84" w14:textId="77777777" w:rsidTr="00A058D9">
        <w:tc>
          <w:tcPr>
            <w:tcW w:w="1495" w:type="dxa"/>
          </w:tcPr>
          <w:p w14:paraId="1A8E3FC6" w14:textId="77777777" w:rsidR="00047B34" w:rsidRDefault="00047B34" w:rsidP="00A058D9">
            <w:pPr>
              <w:rPr>
                <w:lang w:val="de-DE"/>
              </w:rPr>
            </w:pPr>
          </w:p>
          <w:p w14:paraId="25C9FF0E" w14:textId="77777777" w:rsidR="00047B34" w:rsidRDefault="00047B34" w:rsidP="00A058D9">
            <w:pPr>
              <w:rPr>
                <w:lang w:val="de-DE"/>
              </w:rPr>
            </w:pPr>
          </w:p>
          <w:p w14:paraId="23352D67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1372" w:type="dxa"/>
          </w:tcPr>
          <w:p w14:paraId="4A1B9EA9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1495" w:type="dxa"/>
          </w:tcPr>
          <w:p w14:paraId="20A295DC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1417" w:type="dxa"/>
          </w:tcPr>
          <w:p w14:paraId="185BD1F2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1765" w:type="dxa"/>
          </w:tcPr>
          <w:p w14:paraId="1591ED29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2250" w:type="dxa"/>
          </w:tcPr>
          <w:p w14:paraId="1A43F2DF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2250" w:type="dxa"/>
          </w:tcPr>
          <w:p w14:paraId="3BC91899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906" w:type="dxa"/>
          </w:tcPr>
          <w:p w14:paraId="2CC17947" w14:textId="77777777" w:rsidR="00047B34" w:rsidRDefault="00047B34" w:rsidP="00A058D9">
            <w:pPr>
              <w:rPr>
                <w:lang w:val="de-DE"/>
              </w:rPr>
            </w:pPr>
          </w:p>
        </w:tc>
      </w:tr>
      <w:tr w:rsidR="00047B34" w14:paraId="31A18FA2" w14:textId="77777777" w:rsidTr="00A058D9">
        <w:tc>
          <w:tcPr>
            <w:tcW w:w="1495" w:type="dxa"/>
          </w:tcPr>
          <w:p w14:paraId="32081D92" w14:textId="77777777" w:rsidR="00047B34" w:rsidRDefault="00047B34" w:rsidP="00A058D9">
            <w:pPr>
              <w:rPr>
                <w:lang w:val="de-DE"/>
              </w:rPr>
            </w:pPr>
          </w:p>
          <w:p w14:paraId="02AC5467" w14:textId="77777777" w:rsidR="00047B34" w:rsidRDefault="00047B34" w:rsidP="00A058D9">
            <w:pPr>
              <w:rPr>
                <w:lang w:val="de-DE"/>
              </w:rPr>
            </w:pPr>
          </w:p>
          <w:p w14:paraId="2FDA69A3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1372" w:type="dxa"/>
          </w:tcPr>
          <w:p w14:paraId="69136815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1495" w:type="dxa"/>
          </w:tcPr>
          <w:p w14:paraId="288CCD9D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1417" w:type="dxa"/>
          </w:tcPr>
          <w:p w14:paraId="3CB8CDA9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1765" w:type="dxa"/>
          </w:tcPr>
          <w:p w14:paraId="18B6AD21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2250" w:type="dxa"/>
          </w:tcPr>
          <w:p w14:paraId="331C9192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2250" w:type="dxa"/>
          </w:tcPr>
          <w:p w14:paraId="6A096BEC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906" w:type="dxa"/>
          </w:tcPr>
          <w:p w14:paraId="067E2D6E" w14:textId="77777777" w:rsidR="00047B34" w:rsidRDefault="00047B34" w:rsidP="00A058D9">
            <w:pPr>
              <w:rPr>
                <w:lang w:val="de-DE"/>
              </w:rPr>
            </w:pPr>
          </w:p>
        </w:tc>
      </w:tr>
      <w:tr w:rsidR="00047B34" w14:paraId="6C5E0B84" w14:textId="77777777" w:rsidTr="00A058D9">
        <w:tc>
          <w:tcPr>
            <w:tcW w:w="1495" w:type="dxa"/>
          </w:tcPr>
          <w:p w14:paraId="016D730D" w14:textId="77777777" w:rsidR="00047B34" w:rsidRDefault="00047B34" w:rsidP="00A058D9">
            <w:pPr>
              <w:rPr>
                <w:lang w:val="de-DE"/>
              </w:rPr>
            </w:pPr>
          </w:p>
          <w:p w14:paraId="53268EA0" w14:textId="77777777" w:rsidR="00047B34" w:rsidRDefault="00047B34" w:rsidP="00A058D9">
            <w:pPr>
              <w:rPr>
                <w:lang w:val="de-DE"/>
              </w:rPr>
            </w:pPr>
          </w:p>
          <w:p w14:paraId="1B62CEF0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1372" w:type="dxa"/>
          </w:tcPr>
          <w:p w14:paraId="38A99DD0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1495" w:type="dxa"/>
          </w:tcPr>
          <w:p w14:paraId="5E17F91F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1417" w:type="dxa"/>
          </w:tcPr>
          <w:p w14:paraId="58BCFBD1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1765" w:type="dxa"/>
          </w:tcPr>
          <w:p w14:paraId="65156DCB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2250" w:type="dxa"/>
          </w:tcPr>
          <w:p w14:paraId="02220208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2250" w:type="dxa"/>
          </w:tcPr>
          <w:p w14:paraId="6DB494FE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906" w:type="dxa"/>
          </w:tcPr>
          <w:p w14:paraId="43C4B4EF" w14:textId="77777777" w:rsidR="00047B34" w:rsidRDefault="00047B34" w:rsidP="00A058D9">
            <w:pPr>
              <w:rPr>
                <w:lang w:val="de-DE"/>
              </w:rPr>
            </w:pPr>
          </w:p>
        </w:tc>
      </w:tr>
      <w:tr w:rsidR="00047B34" w14:paraId="03680AB5" w14:textId="77777777" w:rsidTr="00A058D9">
        <w:tc>
          <w:tcPr>
            <w:tcW w:w="1495" w:type="dxa"/>
          </w:tcPr>
          <w:p w14:paraId="233EE08A" w14:textId="77777777" w:rsidR="00047B34" w:rsidRDefault="00047B34" w:rsidP="00A058D9">
            <w:pPr>
              <w:rPr>
                <w:lang w:val="de-DE"/>
              </w:rPr>
            </w:pPr>
          </w:p>
          <w:p w14:paraId="254DEDFB" w14:textId="77777777" w:rsidR="00047B34" w:rsidRDefault="00047B34" w:rsidP="00A058D9">
            <w:pPr>
              <w:rPr>
                <w:lang w:val="de-DE"/>
              </w:rPr>
            </w:pPr>
          </w:p>
          <w:p w14:paraId="6EECA6DC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1372" w:type="dxa"/>
          </w:tcPr>
          <w:p w14:paraId="07CA32F2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1495" w:type="dxa"/>
          </w:tcPr>
          <w:p w14:paraId="73112C7A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1417" w:type="dxa"/>
          </w:tcPr>
          <w:p w14:paraId="74E437DB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1765" w:type="dxa"/>
          </w:tcPr>
          <w:p w14:paraId="723FD05B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2250" w:type="dxa"/>
          </w:tcPr>
          <w:p w14:paraId="15292062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2250" w:type="dxa"/>
          </w:tcPr>
          <w:p w14:paraId="65CC03AD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906" w:type="dxa"/>
          </w:tcPr>
          <w:p w14:paraId="5EB5E6E7" w14:textId="77777777" w:rsidR="00047B34" w:rsidRDefault="00047B34" w:rsidP="00A058D9">
            <w:pPr>
              <w:rPr>
                <w:lang w:val="de-DE"/>
              </w:rPr>
            </w:pPr>
          </w:p>
        </w:tc>
      </w:tr>
      <w:tr w:rsidR="00047B34" w14:paraId="6C59FB57" w14:textId="77777777" w:rsidTr="00A058D9">
        <w:tc>
          <w:tcPr>
            <w:tcW w:w="1495" w:type="dxa"/>
          </w:tcPr>
          <w:p w14:paraId="1B07B7F7" w14:textId="77777777" w:rsidR="00047B34" w:rsidRDefault="00047B34" w:rsidP="00A058D9">
            <w:pPr>
              <w:rPr>
                <w:lang w:val="de-DE"/>
              </w:rPr>
            </w:pPr>
          </w:p>
          <w:p w14:paraId="512D304A" w14:textId="77777777" w:rsidR="00047B34" w:rsidRDefault="00047B34" w:rsidP="00A058D9">
            <w:pPr>
              <w:rPr>
                <w:lang w:val="de-DE"/>
              </w:rPr>
            </w:pPr>
          </w:p>
          <w:p w14:paraId="1CD50BC8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1372" w:type="dxa"/>
          </w:tcPr>
          <w:p w14:paraId="3431BFD0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1495" w:type="dxa"/>
          </w:tcPr>
          <w:p w14:paraId="73986554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1417" w:type="dxa"/>
          </w:tcPr>
          <w:p w14:paraId="38742E65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1765" w:type="dxa"/>
          </w:tcPr>
          <w:p w14:paraId="5C249B4D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2250" w:type="dxa"/>
          </w:tcPr>
          <w:p w14:paraId="0366C52C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2250" w:type="dxa"/>
          </w:tcPr>
          <w:p w14:paraId="18A6E78D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906" w:type="dxa"/>
          </w:tcPr>
          <w:p w14:paraId="560DD966" w14:textId="77777777" w:rsidR="00047B34" w:rsidRDefault="00047B34" w:rsidP="00A058D9">
            <w:pPr>
              <w:rPr>
                <w:lang w:val="de-DE"/>
              </w:rPr>
            </w:pPr>
          </w:p>
        </w:tc>
      </w:tr>
      <w:tr w:rsidR="00047B34" w14:paraId="0252155D" w14:textId="77777777" w:rsidTr="00A058D9">
        <w:tc>
          <w:tcPr>
            <w:tcW w:w="1495" w:type="dxa"/>
          </w:tcPr>
          <w:p w14:paraId="6823795C" w14:textId="77777777" w:rsidR="00047B34" w:rsidRDefault="00047B34" w:rsidP="00A058D9">
            <w:pPr>
              <w:rPr>
                <w:lang w:val="de-DE"/>
              </w:rPr>
            </w:pPr>
          </w:p>
          <w:p w14:paraId="29019081" w14:textId="77777777" w:rsidR="00047B34" w:rsidRDefault="00047B34" w:rsidP="00A058D9">
            <w:pPr>
              <w:rPr>
                <w:lang w:val="de-DE"/>
              </w:rPr>
            </w:pPr>
          </w:p>
          <w:p w14:paraId="530C17EA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1372" w:type="dxa"/>
          </w:tcPr>
          <w:p w14:paraId="11FE47A6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1495" w:type="dxa"/>
          </w:tcPr>
          <w:p w14:paraId="630F6466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1417" w:type="dxa"/>
          </w:tcPr>
          <w:p w14:paraId="608B86A1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1765" w:type="dxa"/>
          </w:tcPr>
          <w:p w14:paraId="63B8A5B4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2250" w:type="dxa"/>
          </w:tcPr>
          <w:p w14:paraId="3DB9D4B7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2250" w:type="dxa"/>
          </w:tcPr>
          <w:p w14:paraId="1D2240A8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906" w:type="dxa"/>
          </w:tcPr>
          <w:p w14:paraId="46172E25" w14:textId="77777777" w:rsidR="00047B34" w:rsidRDefault="00047B34" w:rsidP="00A058D9">
            <w:pPr>
              <w:rPr>
                <w:lang w:val="de-DE"/>
              </w:rPr>
            </w:pPr>
          </w:p>
        </w:tc>
      </w:tr>
      <w:tr w:rsidR="00047B34" w14:paraId="24CD79B8" w14:textId="77777777" w:rsidTr="00A058D9">
        <w:tc>
          <w:tcPr>
            <w:tcW w:w="1495" w:type="dxa"/>
          </w:tcPr>
          <w:p w14:paraId="30FB2FFE" w14:textId="77777777" w:rsidR="00047B34" w:rsidRDefault="00047B34" w:rsidP="00A058D9">
            <w:pPr>
              <w:rPr>
                <w:lang w:val="de-DE"/>
              </w:rPr>
            </w:pPr>
          </w:p>
          <w:p w14:paraId="018226DE" w14:textId="77777777" w:rsidR="00047B34" w:rsidRDefault="00047B34" w:rsidP="00A058D9">
            <w:pPr>
              <w:rPr>
                <w:lang w:val="de-DE"/>
              </w:rPr>
            </w:pPr>
          </w:p>
          <w:p w14:paraId="151402C6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1372" w:type="dxa"/>
          </w:tcPr>
          <w:p w14:paraId="3BBB33EE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1495" w:type="dxa"/>
          </w:tcPr>
          <w:p w14:paraId="17C40EAD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1417" w:type="dxa"/>
          </w:tcPr>
          <w:p w14:paraId="5773B4D3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1765" w:type="dxa"/>
          </w:tcPr>
          <w:p w14:paraId="0CECE26A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2250" w:type="dxa"/>
          </w:tcPr>
          <w:p w14:paraId="76B6B53A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2250" w:type="dxa"/>
          </w:tcPr>
          <w:p w14:paraId="5A535F2A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906" w:type="dxa"/>
          </w:tcPr>
          <w:p w14:paraId="4B76BA14" w14:textId="77777777" w:rsidR="00047B34" w:rsidRDefault="00047B34" w:rsidP="00A058D9">
            <w:pPr>
              <w:rPr>
                <w:lang w:val="de-DE"/>
              </w:rPr>
            </w:pPr>
          </w:p>
        </w:tc>
      </w:tr>
      <w:tr w:rsidR="00047B34" w14:paraId="5FD96990" w14:textId="77777777" w:rsidTr="00A058D9">
        <w:tc>
          <w:tcPr>
            <w:tcW w:w="1495" w:type="dxa"/>
          </w:tcPr>
          <w:p w14:paraId="6EA43658" w14:textId="77777777" w:rsidR="00047B34" w:rsidRDefault="00047B34" w:rsidP="00A058D9">
            <w:pPr>
              <w:rPr>
                <w:lang w:val="de-DE"/>
              </w:rPr>
            </w:pPr>
          </w:p>
          <w:p w14:paraId="3ADC873C" w14:textId="77777777" w:rsidR="00047B34" w:rsidRDefault="00047B34" w:rsidP="00A058D9">
            <w:pPr>
              <w:rPr>
                <w:lang w:val="de-DE"/>
              </w:rPr>
            </w:pPr>
          </w:p>
          <w:p w14:paraId="79C34342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1372" w:type="dxa"/>
          </w:tcPr>
          <w:p w14:paraId="52F83CC0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1495" w:type="dxa"/>
          </w:tcPr>
          <w:p w14:paraId="183F82AB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1417" w:type="dxa"/>
          </w:tcPr>
          <w:p w14:paraId="5784A9B2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1765" w:type="dxa"/>
          </w:tcPr>
          <w:p w14:paraId="176EE7C2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2250" w:type="dxa"/>
          </w:tcPr>
          <w:p w14:paraId="14BDCC01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2250" w:type="dxa"/>
          </w:tcPr>
          <w:p w14:paraId="504803A0" w14:textId="77777777" w:rsidR="00047B34" w:rsidRDefault="00047B34" w:rsidP="00A058D9">
            <w:pPr>
              <w:rPr>
                <w:lang w:val="de-DE"/>
              </w:rPr>
            </w:pPr>
          </w:p>
        </w:tc>
        <w:tc>
          <w:tcPr>
            <w:tcW w:w="906" w:type="dxa"/>
          </w:tcPr>
          <w:p w14:paraId="75BFF2FA" w14:textId="77777777" w:rsidR="00047B34" w:rsidRDefault="00047B34" w:rsidP="00A058D9">
            <w:pPr>
              <w:rPr>
                <w:lang w:val="de-DE"/>
              </w:rPr>
            </w:pPr>
          </w:p>
        </w:tc>
      </w:tr>
    </w:tbl>
    <w:p w14:paraId="5A27F431" w14:textId="14E96485" w:rsidR="001344DC" w:rsidRDefault="001344DC" w:rsidP="00A058D9">
      <w:pPr>
        <w:rPr>
          <w:lang w:val="de-DE"/>
        </w:rPr>
      </w:pPr>
    </w:p>
    <w:p w14:paraId="3FE76F3F" w14:textId="77777777" w:rsidR="00A058D9" w:rsidRPr="00102D5C" w:rsidRDefault="00A058D9" w:rsidP="00A058D9">
      <w:pPr>
        <w:rPr>
          <w:lang w:val="de-DE"/>
        </w:rPr>
      </w:pPr>
    </w:p>
    <w:sectPr w:rsidR="00A058D9" w:rsidRPr="00102D5C" w:rsidSect="006412A2">
      <w:headerReference w:type="default" r:id="rId9"/>
      <w:footerReference w:type="default" r:id="rId10"/>
      <w:pgSz w:w="15840" w:h="12240" w:orient="landscape"/>
      <w:pgMar w:top="1800" w:right="1440" w:bottom="180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1FD05E" w14:textId="77777777" w:rsidR="009100AC" w:rsidRDefault="009100AC" w:rsidP="00CF4B45">
      <w:pPr>
        <w:spacing w:after="0" w:line="240" w:lineRule="auto"/>
      </w:pPr>
      <w:r>
        <w:separator/>
      </w:r>
    </w:p>
  </w:endnote>
  <w:endnote w:type="continuationSeparator" w:id="0">
    <w:p w14:paraId="46176014" w14:textId="77777777" w:rsidR="009100AC" w:rsidRDefault="009100AC" w:rsidP="00CF4B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12312"/>
      <w:gridCol w:w="648"/>
    </w:tblGrid>
    <w:tr w:rsidR="00CF4B45" w14:paraId="3CDF482F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caps/>
              <w:color w:val="000000" w:themeColor="text1"/>
            </w:rPr>
            <w:alias w:val="Autor"/>
            <w:tag w:val=""/>
            <w:id w:val="1534539408"/>
            <w:placeholder>
              <w:docPart w:val="711C06328F494C12B7486434BE94EB5F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 w14:paraId="2E44A393" w14:textId="0E169536" w:rsidR="00CF4B45" w:rsidRDefault="00CF4B45">
              <w:pPr>
                <w:pStyle w:val="Kopfzeile"/>
                <w:jc w:val="right"/>
                <w:rPr>
                  <w:caps/>
                  <w:color w:val="000000" w:themeColor="text1"/>
                </w:rPr>
              </w:pPr>
              <w:r>
                <w:rPr>
                  <w:caps/>
                  <w:color w:val="000000" w:themeColor="text1"/>
                </w:rPr>
                <w:t xml:space="preserve">BERUFSWAHL </w:t>
              </w:r>
              <w:r w:rsidR="00A058D9">
                <w:rPr>
                  <w:caps/>
                  <w:color w:val="000000" w:themeColor="text1"/>
                </w:rPr>
                <w:t>–</w:t>
              </w:r>
              <w:r>
                <w:rPr>
                  <w:caps/>
                  <w:color w:val="000000" w:themeColor="text1"/>
                </w:rPr>
                <w:t xml:space="preserve"> </w:t>
              </w:r>
              <w:r w:rsidR="00A058D9">
                <w:rPr>
                  <w:caps/>
                  <w:color w:val="000000" w:themeColor="text1"/>
                </w:rPr>
                <w:t>DOKUMENTATION DES BEWERBUNGSPROZESSES</w:t>
              </w:r>
            </w:p>
          </w:sdtContent>
        </w:sdt>
      </w:tc>
      <w:tc>
        <w:tcPr>
          <w:tcW w:w="250" w:type="pct"/>
          <w:shd w:val="clear" w:color="auto" w:fill="C0504D" w:themeFill="accent2"/>
          <w:vAlign w:val="center"/>
        </w:tcPr>
        <w:p w14:paraId="1A43FA1F" w14:textId="55466E8F" w:rsidR="00CF4B45" w:rsidRDefault="00CF4B45">
          <w:pPr>
            <w:pStyle w:val="Fuzeile"/>
            <w:tabs>
              <w:tab w:val="clear" w:pos="4680"/>
              <w:tab w:val="clear" w:pos="9360"/>
            </w:tabs>
            <w:jc w:val="center"/>
            <w:rPr>
              <w:color w:val="FFFFFF" w:themeColor="background1"/>
            </w:rPr>
          </w:pPr>
        </w:p>
      </w:tc>
    </w:tr>
  </w:tbl>
  <w:p w14:paraId="32EBCFBC" w14:textId="77777777" w:rsidR="00CF4B45" w:rsidRDefault="00CF4B45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9B823B" w14:textId="77777777" w:rsidR="009100AC" w:rsidRDefault="009100AC" w:rsidP="00CF4B45">
      <w:pPr>
        <w:spacing w:after="0" w:line="240" w:lineRule="auto"/>
      </w:pPr>
      <w:r>
        <w:separator/>
      </w:r>
    </w:p>
  </w:footnote>
  <w:footnote w:type="continuationSeparator" w:id="0">
    <w:p w14:paraId="54259685" w14:textId="77777777" w:rsidR="009100AC" w:rsidRDefault="009100AC" w:rsidP="00CF4B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jc w:val="right"/>
      <w:shd w:val="clear" w:color="auto" w:fill="C0504D" w:themeFill="accent2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2410"/>
      <w:gridCol w:w="10550"/>
    </w:tblGrid>
    <w:tr w:rsidR="00FC6F66" w14:paraId="66C308E2" w14:textId="77777777">
      <w:trPr>
        <w:jc w:val="right"/>
      </w:trPr>
      <w:tc>
        <w:tcPr>
          <w:tcW w:w="0" w:type="auto"/>
          <w:shd w:val="clear" w:color="auto" w:fill="C0504D" w:themeFill="accent2"/>
          <w:vAlign w:val="center"/>
        </w:tcPr>
        <w:p w14:paraId="2ABC9CC3" w14:textId="77777777" w:rsidR="00FC6F66" w:rsidRDefault="00FC6F66">
          <w:pPr>
            <w:pStyle w:val="Kopfzeile"/>
            <w:rPr>
              <w:caps/>
              <w:color w:val="FFFFFF" w:themeColor="background1"/>
            </w:rPr>
          </w:pPr>
        </w:p>
      </w:tc>
      <w:tc>
        <w:tcPr>
          <w:tcW w:w="0" w:type="auto"/>
          <w:shd w:val="clear" w:color="auto" w:fill="C0504D" w:themeFill="accent2"/>
          <w:vAlign w:val="center"/>
        </w:tcPr>
        <w:p w14:paraId="20D6AD4C" w14:textId="6DB72486" w:rsidR="00FC6F66" w:rsidRDefault="00FC6F66">
          <w:pPr>
            <w:pStyle w:val="Kopfzeile"/>
            <w:jc w:val="right"/>
            <w:rPr>
              <w:caps/>
              <w:color w:val="FFFFFF" w:themeColor="background1"/>
            </w:rPr>
          </w:pPr>
          <w:r>
            <w:rPr>
              <w:caps/>
              <w:color w:val="FFFFFF" w:themeColor="background1"/>
              <w:lang w:val="de-DE"/>
            </w:rPr>
            <w:t xml:space="preserve"> (</w:t>
          </w:r>
          <w:sdt>
            <w:sdtPr>
              <w:rPr>
                <w:caps/>
                <w:color w:val="FFFFFF" w:themeColor="background1"/>
              </w:rPr>
              <w:alias w:val="Titel"/>
              <w:tag w:val=""/>
              <w:id w:val="-773790484"/>
              <w:placeholder>
                <w:docPart w:val="B767910F332E45E38D3CEC48CE036BAE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Content>
              <w:r>
                <w:rPr>
                  <w:caps/>
                  <w:color w:val="FFFFFF" w:themeColor="background1"/>
                </w:rPr>
                <w:t>NAME]</w:t>
              </w:r>
            </w:sdtContent>
          </w:sdt>
        </w:p>
      </w:tc>
    </w:tr>
  </w:tbl>
  <w:p w14:paraId="13B601DB" w14:textId="77777777" w:rsidR="00FC6F66" w:rsidRDefault="00FC6F66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numm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numm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Aufzhlungszeichen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Aufzhlungszeichen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07140789">
    <w:abstractNumId w:val="8"/>
  </w:num>
  <w:num w:numId="2" w16cid:durableId="1195919864">
    <w:abstractNumId w:val="6"/>
  </w:num>
  <w:num w:numId="3" w16cid:durableId="1595892309">
    <w:abstractNumId w:val="5"/>
  </w:num>
  <w:num w:numId="4" w16cid:durableId="93746917">
    <w:abstractNumId w:val="4"/>
  </w:num>
  <w:num w:numId="5" w16cid:durableId="779955378">
    <w:abstractNumId w:val="7"/>
  </w:num>
  <w:num w:numId="6" w16cid:durableId="347026513">
    <w:abstractNumId w:val="3"/>
  </w:num>
  <w:num w:numId="7" w16cid:durableId="1218083155">
    <w:abstractNumId w:val="2"/>
  </w:num>
  <w:num w:numId="8" w16cid:durableId="1687056441">
    <w:abstractNumId w:val="1"/>
  </w:num>
  <w:num w:numId="9" w16cid:durableId="10420229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47B34"/>
    <w:rsid w:val="0006063C"/>
    <w:rsid w:val="000C22AB"/>
    <w:rsid w:val="00102D5C"/>
    <w:rsid w:val="001344DC"/>
    <w:rsid w:val="0015074B"/>
    <w:rsid w:val="0029639D"/>
    <w:rsid w:val="00326F90"/>
    <w:rsid w:val="00354331"/>
    <w:rsid w:val="00401902"/>
    <w:rsid w:val="004E781C"/>
    <w:rsid w:val="006412A2"/>
    <w:rsid w:val="007A2A4A"/>
    <w:rsid w:val="009100AC"/>
    <w:rsid w:val="00A058D9"/>
    <w:rsid w:val="00AA1D8D"/>
    <w:rsid w:val="00B47730"/>
    <w:rsid w:val="00CB0664"/>
    <w:rsid w:val="00CF4B45"/>
    <w:rsid w:val="00D96CA5"/>
    <w:rsid w:val="00FB251A"/>
    <w:rsid w:val="00FC693F"/>
    <w:rsid w:val="00FC6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E60981"/>
  <w14:defaultImageDpi w14:val="300"/>
  <w15:docId w15:val="{E7E69914-E838-4B55-91FA-1F1A5D9A2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C693F"/>
  </w:style>
  <w:style w:type="paragraph" w:styleId="berschrift1">
    <w:name w:val="heading 1"/>
    <w:basedOn w:val="Standard"/>
    <w:next w:val="Standard"/>
    <w:link w:val="berschrift1Zchn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618BF"/>
  </w:style>
  <w:style w:type="paragraph" w:styleId="Fuzeile">
    <w:name w:val="footer"/>
    <w:basedOn w:val="Standard"/>
    <w:link w:val="FuzeileZchn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618BF"/>
  </w:style>
  <w:style w:type="paragraph" w:styleId="KeinLeerraum">
    <w:name w:val="No Spacing"/>
    <w:uiPriority w:val="1"/>
    <w:qFormat/>
    <w:rsid w:val="00FC693F"/>
    <w:pPr>
      <w:spacing w:after="0" w:line="240" w:lineRule="auto"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el">
    <w:name w:val="Title"/>
    <w:basedOn w:val="Standard"/>
    <w:next w:val="Standard"/>
    <w:link w:val="TitelZchn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nabsatz">
    <w:name w:val="List Paragraph"/>
    <w:basedOn w:val="Standard"/>
    <w:uiPriority w:val="34"/>
    <w:qFormat/>
    <w:rsid w:val="00FC693F"/>
    <w:pPr>
      <w:ind w:left="720"/>
      <w:contextualSpacing/>
    </w:pPr>
  </w:style>
  <w:style w:type="paragraph" w:styleId="Textkrper">
    <w:name w:val="Body Text"/>
    <w:basedOn w:val="Standard"/>
    <w:link w:val="TextkrperZchn"/>
    <w:uiPriority w:val="99"/>
    <w:unhideWhenUsed/>
    <w:rsid w:val="00AA1D8D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rsid w:val="00AA1D8D"/>
  </w:style>
  <w:style w:type="paragraph" w:styleId="Textkrper2">
    <w:name w:val="Body Text 2"/>
    <w:basedOn w:val="Standard"/>
    <w:link w:val="Textkrper2Zchn"/>
    <w:uiPriority w:val="99"/>
    <w:unhideWhenUsed/>
    <w:rsid w:val="00AA1D8D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rsid w:val="00AA1D8D"/>
  </w:style>
  <w:style w:type="paragraph" w:styleId="Textkrper3">
    <w:name w:val="Body Text 3"/>
    <w:basedOn w:val="Standard"/>
    <w:link w:val="Textkrper3Zchn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rsid w:val="00AA1D8D"/>
    <w:rPr>
      <w:sz w:val="16"/>
      <w:szCs w:val="16"/>
    </w:rPr>
  </w:style>
  <w:style w:type="paragraph" w:styleId="Liste">
    <w:name w:val="List"/>
    <w:basedOn w:val="Standard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Standard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Standard"/>
    <w:uiPriority w:val="99"/>
    <w:unhideWhenUsed/>
    <w:rsid w:val="00326F90"/>
    <w:pPr>
      <w:ind w:left="1080" w:hanging="360"/>
      <w:contextualSpacing/>
    </w:pPr>
  </w:style>
  <w:style w:type="paragraph" w:styleId="Aufzhlungszeichen">
    <w:name w:val="List Bullet"/>
    <w:basedOn w:val="Standard"/>
    <w:uiPriority w:val="99"/>
    <w:unhideWhenUsed/>
    <w:rsid w:val="00326F90"/>
    <w:pPr>
      <w:numPr>
        <w:numId w:val="1"/>
      </w:numPr>
      <w:contextualSpacing/>
    </w:pPr>
  </w:style>
  <w:style w:type="paragraph" w:styleId="Aufzhlungszeichen2">
    <w:name w:val="List Bullet 2"/>
    <w:basedOn w:val="Standard"/>
    <w:uiPriority w:val="99"/>
    <w:unhideWhenUsed/>
    <w:rsid w:val="00326F90"/>
    <w:pPr>
      <w:numPr>
        <w:numId w:val="2"/>
      </w:numPr>
      <w:contextualSpacing/>
    </w:pPr>
  </w:style>
  <w:style w:type="paragraph" w:styleId="Aufzhlungszeichen3">
    <w:name w:val="List Bullet 3"/>
    <w:basedOn w:val="Standard"/>
    <w:uiPriority w:val="99"/>
    <w:unhideWhenUsed/>
    <w:rsid w:val="00326F90"/>
    <w:pPr>
      <w:numPr>
        <w:numId w:val="3"/>
      </w:numPr>
      <w:contextualSpacing/>
    </w:pPr>
  </w:style>
  <w:style w:type="paragraph" w:styleId="Listennummer">
    <w:name w:val="List Number"/>
    <w:basedOn w:val="Standard"/>
    <w:uiPriority w:val="99"/>
    <w:unhideWhenUsed/>
    <w:rsid w:val="00326F90"/>
    <w:pPr>
      <w:numPr>
        <w:numId w:val="5"/>
      </w:numPr>
      <w:contextualSpacing/>
    </w:pPr>
  </w:style>
  <w:style w:type="paragraph" w:styleId="Listennummer2">
    <w:name w:val="List Number 2"/>
    <w:basedOn w:val="Standard"/>
    <w:uiPriority w:val="99"/>
    <w:unhideWhenUsed/>
    <w:rsid w:val="0029639D"/>
    <w:pPr>
      <w:numPr>
        <w:numId w:val="6"/>
      </w:numPr>
      <w:contextualSpacing/>
    </w:pPr>
  </w:style>
  <w:style w:type="paragraph" w:styleId="Listennummer3">
    <w:name w:val="List Number 3"/>
    <w:basedOn w:val="Standard"/>
    <w:uiPriority w:val="99"/>
    <w:unhideWhenUsed/>
    <w:rsid w:val="0029639D"/>
    <w:pPr>
      <w:numPr>
        <w:numId w:val="7"/>
      </w:numPr>
      <w:contextualSpacing/>
    </w:pPr>
  </w:style>
  <w:style w:type="paragraph" w:styleId="Listenfortsetzung">
    <w:name w:val="List Continue"/>
    <w:basedOn w:val="Standard"/>
    <w:uiPriority w:val="99"/>
    <w:unhideWhenUsed/>
    <w:rsid w:val="0029639D"/>
    <w:pPr>
      <w:spacing w:after="120"/>
      <w:ind w:left="360"/>
      <w:contextualSpacing/>
    </w:pPr>
  </w:style>
  <w:style w:type="paragraph" w:styleId="Listenfortsetzung2">
    <w:name w:val="List Continue 2"/>
    <w:basedOn w:val="Standard"/>
    <w:uiPriority w:val="99"/>
    <w:unhideWhenUsed/>
    <w:rsid w:val="0029639D"/>
    <w:pPr>
      <w:spacing w:after="120"/>
      <w:ind w:left="720"/>
      <w:contextualSpacing/>
    </w:pPr>
  </w:style>
  <w:style w:type="paragraph" w:styleId="Listenfortsetzung3">
    <w:name w:val="List Continue 3"/>
    <w:basedOn w:val="Standard"/>
    <w:uiPriority w:val="99"/>
    <w:unhideWhenUsed/>
    <w:rsid w:val="0029639D"/>
    <w:pPr>
      <w:spacing w:after="120"/>
      <w:ind w:left="1080"/>
      <w:contextualSpacing/>
    </w:pPr>
  </w:style>
  <w:style w:type="paragraph" w:styleId="Makrotext">
    <w:name w:val="macro"/>
    <w:link w:val="MakrotextZchn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99"/>
    <w:rsid w:val="0029639D"/>
    <w:rPr>
      <w:rFonts w:ascii="Courier" w:hAnsi="Courier"/>
      <w:sz w:val="20"/>
      <w:szCs w:val="20"/>
    </w:rPr>
  </w:style>
  <w:style w:type="paragraph" w:styleId="Zitat">
    <w:name w:val="Quote"/>
    <w:basedOn w:val="Standard"/>
    <w:next w:val="Standard"/>
    <w:link w:val="ZitatZchn"/>
    <w:uiPriority w:val="29"/>
    <w:qFormat/>
    <w:rsid w:val="00FC693F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FC693F"/>
    <w:rPr>
      <w:i/>
      <w:iCs/>
      <w:color w:val="000000" w:themeColor="text1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ett">
    <w:name w:val="Strong"/>
    <w:basedOn w:val="Absatz-Standardschriftart"/>
    <w:uiPriority w:val="22"/>
    <w:qFormat/>
    <w:rsid w:val="00FC693F"/>
    <w:rPr>
      <w:b/>
      <w:bCs/>
    </w:rPr>
  </w:style>
  <w:style w:type="character" w:styleId="Hervorhebung">
    <w:name w:val="Emphasis"/>
    <w:basedOn w:val="Absatz-Standardschriftart"/>
    <w:uiPriority w:val="20"/>
    <w:qFormat/>
    <w:rsid w:val="00FC693F"/>
    <w:rPr>
      <w:i/>
      <w:iCs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C693F"/>
    <w:rPr>
      <w:b/>
      <w:bCs/>
      <w:i/>
      <w:iCs/>
      <w:color w:val="4F81BD" w:themeColor="accent1"/>
    </w:rPr>
  </w:style>
  <w:style w:type="character" w:styleId="SchwacheHervorhebung">
    <w:name w:val="Subtle Emphasis"/>
    <w:basedOn w:val="Absatz-Standardschriftart"/>
    <w:uiPriority w:val="19"/>
    <w:qFormat/>
    <w:rsid w:val="00FC693F"/>
    <w:rPr>
      <w:i/>
      <w:iCs/>
      <w:color w:val="808080" w:themeColor="text1" w:themeTint="7F"/>
    </w:rPr>
  </w:style>
  <w:style w:type="character" w:styleId="IntensiveHervorhebung">
    <w:name w:val="Intense Emphasis"/>
    <w:basedOn w:val="Absatz-Standardschriftart"/>
    <w:uiPriority w:val="21"/>
    <w:qFormat/>
    <w:rsid w:val="00FC693F"/>
    <w:rPr>
      <w:b/>
      <w:bCs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FC693F"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FC693F"/>
    <w:rPr>
      <w:b/>
      <w:bCs/>
      <w:smallCaps/>
      <w:spacing w:val="5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FC693F"/>
    <w:pPr>
      <w:outlineLvl w:val="9"/>
    </w:pPr>
  </w:style>
  <w:style w:type="table" w:styleId="Tabellenraster">
    <w:name w:val="Table Grid"/>
    <w:basedOn w:val="NormaleTabel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HelleSchattierung">
    <w:name w:val="Light Shading"/>
    <w:basedOn w:val="NormaleTabel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leSchattierung-Akzent1">
    <w:name w:val="Light Shading Accent 1"/>
    <w:basedOn w:val="NormaleTabel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HelleSchattierung-Akzent2">
    <w:name w:val="Light Shading Accent 2"/>
    <w:basedOn w:val="NormaleTabel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HelleSchattierung-Akzent3">
    <w:name w:val="Light Shading Accent 3"/>
    <w:basedOn w:val="NormaleTabel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HelleSchattierung-Akzent4">
    <w:name w:val="Light Shading Accent 4"/>
    <w:basedOn w:val="NormaleTabel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HelleSchattierung-Akzent5">
    <w:name w:val="Light Shading Accent 5"/>
    <w:basedOn w:val="NormaleTabel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HelleSchattierung-Akzent6">
    <w:name w:val="Light Shading Accent 6"/>
    <w:basedOn w:val="NormaleTabel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HelleListe">
    <w:name w:val="Light List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HelleListe-Akzent1">
    <w:name w:val="Light List Accent 1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HelleListe-Akzent2">
    <w:name w:val="Light List Accent 2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HelleListe-Akzent3">
    <w:name w:val="Light List Accent 3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HelleListe-Akzent4">
    <w:name w:val="Light List Accent 4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HelleListe-Akzent5">
    <w:name w:val="Light List Accent 5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HelleListe-Akzent6">
    <w:name w:val="Light List Accent 6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HellesRaster">
    <w:name w:val="Light Grid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HellesRaster-Akzent1">
    <w:name w:val="Light Grid Accent 1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sRaster-Akzent2">
    <w:name w:val="Light Grid Accent 2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HellesRaster-Akzent3">
    <w:name w:val="Light Grid Accent 3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HellesRaster-Akzent4">
    <w:name w:val="Light Grid Accent 4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HellesRaster-Akzent5">
    <w:name w:val="Light Grid Accent 5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HellesRaster-Akzent6">
    <w:name w:val="Light Grid Accent 6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ittlereSchattierung1">
    <w:name w:val="Medium Shading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1">
    <w:name w:val="Medium Shading 1 Accent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2">
    <w:name w:val="Medium Shading 1 Accent 2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3">
    <w:name w:val="Medium Shading 1 Accent 3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4">
    <w:name w:val="Medium Shading 1 Accent 4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5">
    <w:name w:val="Medium Shading 1 Accent 5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6">
    <w:name w:val="Medium Shading 1 Accent 6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2">
    <w:name w:val="Medium Shading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1">
    <w:name w:val="Medium Shading 2 Accent 1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2">
    <w:name w:val="Medium Shading 2 Accent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3">
    <w:name w:val="Medium Shading 2 Accent 3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4">
    <w:name w:val="Medium Shading 2 Accent 4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5">
    <w:name w:val="Medium Shading 2 Accent 5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6">
    <w:name w:val="Medium Shading 2 Accent 6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Liste1">
    <w:name w:val="Medium Lis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ittlereListe1-Akzent1">
    <w:name w:val="Medium List 1 Accen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ittlereListe1-Akzent2">
    <w:name w:val="Medium List 1 Accent 2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ittlereListe1-Akzent3">
    <w:name w:val="Medium List 1 Accent 3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ittlereListe1-Akzent4">
    <w:name w:val="Medium List 1 Accent 4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ittlereListe1-Akzent5">
    <w:name w:val="Medium List 1 Accent 5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ittlereListe1-Akzent6">
    <w:name w:val="Medium List 1 Accent 6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ittlereListe2">
    <w:name w:val="Medium Lis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1">
    <w:name w:val="Medium List 2 Accent 1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2">
    <w:name w:val="Medium List 2 Accen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3">
    <w:name w:val="Medium List 2 Accent 3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4">
    <w:name w:val="Medium List 2 Accent 4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5">
    <w:name w:val="Medium List 2 Accent 5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6">
    <w:name w:val="Medium List 2 Accent 6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sRaster1">
    <w:name w:val="Medium Grid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ittleresRaster1-Akzent1">
    <w:name w:val="Medium Grid 1 Accent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ittleresRaster1-Akzent2">
    <w:name w:val="Medium Grid 1 Accent 2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ittleresRaster1-Akzent3">
    <w:name w:val="Medium Grid 1 Accent 3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ittleresRaster1-Akzent4">
    <w:name w:val="Medium Grid 1 Accent 4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ittleresRaster1-Akzent5">
    <w:name w:val="Medium Grid 1 Accent 5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ittleresRaster1-Akzent6">
    <w:name w:val="Medium Grid 1 Accent 6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ittleresRaster2">
    <w:name w:val="Medium Grid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1">
    <w:name w:val="Medium Grid 2 Accent 1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2">
    <w:name w:val="Medium Grid 2 Accent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3">
    <w:name w:val="Medium Grid 2 Accent 3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4">
    <w:name w:val="Medium Grid 2 Accent 4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5">
    <w:name w:val="Medium Grid 2 Accent 5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6">
    <w:name w:val="Medium Grid 2 Accent 6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3">
    <w:name w:val="Medium Grid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ittleresRaster3-Akzent1">
    <w:name w:val="Medium Grid 3 Accent 1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ittleresRaster3-Akzent2">
    <w:name w:val="Medium Grid 3 Accent 2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ittleresRaster3-Akzent3">
    <w:name w:val="Medium Grid 3 Accent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ittleresRaster3-Akzent4">
    <w:name w:val="Medium Grid 3 Accent 4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ittleresRaster3-Akzent5">
    <w:name w:val="Medium Grid 3 Accent 5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ittleresRaster3-Akzent6">
    <w:name w:val="Medium Grid 3 Accent 6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unkleListe">
    <w:name w:val="Dark List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unkleListe-Akzent1">
    <w:name w:val="Dark List Accent 1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unkleListe-Akzent2">
    <w:name w:val="Dark List Accent 2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unkleListe-Akzent3">
    <w:name w:val="Dark List Accent 3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unkleListe-Akzent4">
    <w:name w:val="Dark List Accent 4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unkleListe-Akzent5">
    <w:name w:val="Dark List Accent 5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unkleListe-Akzent6">
    <w:name w:val="Dark List Accent 6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FarbigeSchattierung">
    <w:name w:val="Colorful Shading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1">
    <w:name w:val="Colorful Shading Accent 1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2">
    <w:name w:val="Colorful Shading Accent 2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3">
    <w:name w:val="Colorful Shading Accent 3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chattierung-Akzent4">
    <w:name w:val="Colorful Shading Accent 4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5">
    <w:name w:val="Colorful Shading Accent 5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6">
    <w:name w:val="Colorful Shading Accent 6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Liste">
    <w:name w:val="Colorful List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bigeListe-Akzent1">
    <w:name w:val="Colorful List Accent 1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bigeListe-Akzent2">
    <w:name w:val="Colorful List Accent 2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arbigeListe-Akzent3">
    <w:name w:val="Colorful List Accent 3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bigeListe-Akzent4">
    <w:name w:val="Colorful List Accent 4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bigeListe-Akzent5">
    <w:name w:val="Colorful List Accent 5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bigeListe-Akzent6">
    <w:name w:val="Colorful List Accent 6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bigesRaster">
    <w:name w:val="Colorful Grid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bigesRaster-Akzent1">
    <w:name w:val="Colorful Grid Accent 1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bigesRaster-Akzent2">
    <w:name w:val="Colorful Grid Accent 2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arbigesRaster-Akzent3">
    <w:name w:val="Colorful Grid Accent 3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Raster-Akzent4">
    <w:name w:val="Colorful Grid Accent 4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bigesRaster-Akzent5">
    <w:name w:val="Colorful Grid Accent 5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bigesRaster-Akzent6">
    <w:name w:val="Colorful Grid Accent 6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11C06328F494C12B7486434BE94EB5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29849B1-7C02-4963-AC74-2D64DCEDCCF8}"/>
      </w:docPartPr>
      <w:docPartBody>
        <w:p w:rsidR="009E7B5A" w:rsidRDefault="000B16A0" w:rsidP="000B16A0">
          <w:pPr>
            <w:pStyle w:val="711C06328F494C12B7486434BE94EB5F"/>
          </w:pPr>
          <w:r>
            <w:rPr>
              <w:caps/>
              <w:color w:val="FFFFFF" w:themeColor="background1"/>
            </w:rPr>
            <w:t>[Name des Autors]</w:t>
          </w:r>
        </w:p>
      </w:docPartBody>
    </w:docPart>
    <w:docPart>
      <w:docPartPr>
        <w:name w:val="B767910F332E45E38D3CEC48CE036BA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AB3D794-9BC2-4CD0-8C97-F66DBC6FB5C3}"/>
      </w:docPartPr>
      <w:docPartBody>
        <w:p w:rsidR="00575D4C" w:rsidRDefault="009E7B5A" w:rsidP="009E7B5A">
          <w:pPr>
            <w:pStyle w:val="B767910F332E45E38D3CEC48CE036BAE"/>
          </w:pPr>
          <w:r>
            <w:rPr>
              <w:caps/>
              <w:color w:val="FFFFFF" w:themeColor="background1"/>
            </w:rPr>
            <w:t>[Dokumenttitel]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6A0"/>
    <w:rsid w:val="000B16A0"/>
    <w:rsid w:val="000C22AB"/>
    <w:rsid w:val="00241CB0"/>
    <w:rsid w:val="004E781C"/>
    <w:rsid w:val="00575D4C"/>
    <w:rsid w:val="009E7B5A"/>
    <w:rsid w:val="00AA00CA"/>
    <w:rsid w:val="00EE1F73"/>
    <w:rsid w:val="00FB2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711C06328F494C12B7486434BE94EB5F">
    <w:name w:val="711C06328F494C12B7486434BE94EB5F"/>
    <w:rsid w:val="000B16A0"/>
  </w:style>
  <w:style w:type="paragraph" w:customStyle="1" w:styleId="B767910F332E45E38D3CEC48CE036BAE">
    <w:name w:val="B767910F332E45E38D3CEC48CE036BAE"/>
    <w:rsid w:val="009E7B5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</Words>
  <Characters>644</Characters>
  <Application>Microsoft Office Word</Application>
  <DocSecurity>0</DocSecurity>
  <Lines>5</Lines>
  <Paragraphs>1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Überschriften</vt:lpstr>
      </vt:variant>
      <vt:variant>
        <vt:i4>4</vt:i4>
      </vt:variant>
      <vt:variant>
        <vt:lpstr>Title</vt:lpstr>
      </vt:variant>
      <vt:variant>
        <vt:i4>1</vt:i4>
      </vt:variant>
    </vt:vector>
  </HeadingPairs>
  <TitlesOfParts>
    <vt:vector size="6" baseType="lpstr">
      <vt:lpstr/>
      <vt:lpstr>/Dokumentation des Bewerbungsprozesses – Reflexionsbogen für Schülerinnen und Sc</vt:lpstr>
      <vt:lpstr>    </vt:lpstr>
      <vt:lpstr>    Diese Liste dient der Dokumentation aller Schritte im Bewerbungsprozess.</vt:lpstr>
      <vt:lpstr>    Checkliste:</vt:lpstr>
      <vt:lpstr/>
    </vt:vector>
  </TitlesOfParts>
  <Manager/>
  <Company/>
  <LinksUpToDate>false</LinksUpToDate>
  <CharactersWithSpaces>745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NAME]</dc:title>
  <dc:subject/>
  <dc:creator>BERUFSWAHL – DOKUMENTATION DES BEWERBUNGSPROZESSES</dc:creator>
  <cp:keywords/>
  <dc:description>generated by python-docx</dc:description>
  <cp:lastModifiedBy>Markus Günther</cp:lastModifiedBy>
  <cp:revision>5</cp:revision>
  <dcterms:created xsi:type="dcterms:W3CDTF">2026-03-09T08:20:00Z</dcterms:created>
  <dcterms:modified xsi:type="dcterms:W3CDTF">2026-03-09T08:37:00Z</dcterms:modified>
  <cp:category/>
</cp:coreProperties>
</file>