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98AED" w14:textId="05FC4FD0" w:rsidR="00102D5C" w:rsidRDefault="00CF4B45" w:rsidP="00373716">
      <w:pPr>
        <w:pStyle w:val="berschrift1"/>
        <w:jc w:val="center"/>
        <w:rPr>
          <w:lang w:val="de-DE"/>
        </w:rPr>
      </w:pPr>
      <w:r>
        <w:rPr>
          <w:rFonts w:ascii="Arial" w:hAnsi="Arial" w:cs="Arial"/>
          <w:noProof/>
          <w:sz w:val="20"/>
          <w:lang w:eastAsia="de-DE"/>
        </w:rPr>
        <w:drawing>
          <wp:anchor distT="0" distB="0" distL="114300" distR="114300" simplePos="0" relativeHeight="251657216" behindDoc="1" locked="0" layoutInCell="1" allowOverlap="1" wp14:anchorId="34C4EA2D" wp14:editId="056E3F98">
            <wp:simplePos x="0" y="0"/>
            <wp:positionH relativeFrom="column">
              <wp:posOffset>3448050</wp:posOffset>
            </wp:positionH>
            <wp:positionV relativeFrom="paragraph">
              <wp:posOffset>-76200</wp:posOffset>
            </wp:positionV>
            <wp:extent cx="2028825" cy="1524000"/>
            <wp:effectExtent l="0" t="0" r="9525" b="0"/>
            <wp:wrapTight wrapText="bothSides">
              <wp:wrapPolygon edited="0">
                <wp:start x="0" y="0"/>
                <wp:lineTo x="0" y="21330"/>
                <wp:lineTo x="21499" y="21330"/>
                <wp:lineTo x="21499" y="0"/>
                <wp:lineTo x="0" y="0"/>
              </wp:wrapPolygon>
            </wp:wrapTight>
            <wp:docPr id="2" name="Grafik 2" descr="E:\ZEUGNISERSTELLUNG bitte nicht löschen!!!\00 Erstellung mit MS Office ab 2023\Erstellung der Druckvorlagen 2Hj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EUGNISERSTELLUNG bitte nicht löschen!!!\00 Erstellung mit MS Office ab 2023\Erstellung der Druckvorlagen 2Hj\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3F94" w:rsidRPr="00213F94">
        <w:rPr>
          <w:sz w:val="40"/>
          <w:szCs w:val="40"/>
          <w:lang w:val="de-DE"/>
        </w:rPr>
        <w:t xml:space="preserve">Laufzettel – </w:t>
      </w:r>
      <w:r w:rsidR="00213F94">
        <w:rPr>
          <w:sz w:val="40"/>
          <w:szCs w:val="40"/>
          <w:lang w:val="de-DE"/>
        </w:rPr>
        <w:t xml:space="preserve">                           </w:t>
      </w:r>
      <w:r w:rsidR="00213F94" w:rsidRPr="00213F94">
        <w:rPr>
          <w:sz w:val="40"/>
          <w:szCs w:val="40"/>
          <w:lang w:val="de-DE"/>
        </w:rPr>
        <w:t>Messe</w:t>
      </w:r>
      <w:r w:rsidR="00373716" w:rsidRPr="00373716">
        <w:rPr>
          <w:sz w:val="40"/>
          <w:szCs w:val="40"/>
          <w:lang w:val="de-DE"/>
        </w:rPr>
        <w:t xml:space="preserve"> </w:t>
      </w:r>
    </w:p>
    <w:p w14:paraId="5344DFA5" w14:textId="77777777" w:rsidR="00CF4B45" w:rsidRDefault="00CF4B45">
      <w:pPr>
        <w:rPr>
          <w:b/>
          <w:bCs/>
          <w:lang w:val="de-DE"/>
        </w:rPr>
      </w:pPr>
    </w:p>
    <w:p w14:paraId="6CC96F6C" w14:textId="3DA8B9DD" w:rsidR="00102D5C" w:rsidRDefault="00373716">
      <w:pPr>
        <w:pStyle w:val="berschrift2"/>
        <w:rPr>
          <w:lang w:val="de-DE"/>
        </w:rPr>
      </w:pPr>
      <w:r w:rsidRPr="00373716">
        <w:rPr>
          <w:rFonts w:asciiTheme="minorHAnsi" w:eastAsiaTheme="minorEastAsia" w:hAnsiTheme="minorHAnsi" w:cstheme="minorBidi"/>
          <w:color w:val="auto"/>
          <w:sz w:val="22"/>
          <w:szCs w:val="22"/>
          <w:lang w:val="de-DE"/>
        </w:rPr>
        <w:t xml:space="preserve">Ergebnisse und Erkenntnisse </w:t>
      </w:r>
      <w:r w:rsidR="00213F94">
        <w:rPr>
          <w:rFonts w:asciiTheme="minorHAnsi" w:eastAsiaTheme="minorEastAsia" w:hAnsiTheme="minorHAnsi" w:cstheme="minorBidi"/>
          <w:color w:val="auto"/>
          <w:sz w:val="22"/>
          <w:szCs w:val="22"/>
          <w:lang w:val="de-DE"/>
        </w:rPr>
        <w:t>von der Messe</w:t>
      </w:r>
      <w:r w:rsidRPr="00373716">
        <w:rPr>
          <w:rFonts w:asciiTheme="minorHAnsi" w:eastAsiaTheme="minorEastAsia" w:hAnsiTheme="minorHAnsi" w:cstheme="minorBidi"/>
          <w:color w:val="auto"/>
          <w:sz w:val="22"/>
          <w:szCs w:val="22"/>
          <w:lang w:val="de-DE"/>
        </w:rPr>
        <w:t>:</w:t>
      </w:r>
    </w:p>
    <w:p w14:paraId="54631C30" w14:textId="48BF0AAF" w:rsidR="00CF4B45" w:rsidRPr="00373716" w:rsidRDefault="00CF4B45" w:rsidP="00373716">
      <w:pPr>
        <w:pStyle w:val="berschrift2"/>
        <w:rPr>
          <w:u w:val="single"/>
          <w:lang w:val="de-DE"/>
        </w:rPr>
        <w:sectPr w:rsidR="00CF4B45" w:rsidRPr="00373716" w:rsidSect="00034616">
          <w:headerReference w:type="default" r:id="rId9"/>
          <w:footerReference w:type="default" r:id="rId10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4EC52BFD" w14:textId="77777777" w:rsidR="00213F94" w:rsidRPr="00213F94" w:rsidRDefault="00213F94" w:rsidP="00373716">
      <w:pPr>
        <w:pStyle w:val="berschrift2"/>
        <w:rPr>
          <w:sz w:val="2"/>
          <w:szCs w:val="2"/>
          <w:u w:val="single"/>
          <w:lang w:val="de-DE"/>
        </w:rPr>
      </w:pPr>
    </w:p>
    <w:p w14:paraId="198AD766" w14:textId="05CAC3C6" w:rsidR="00373716" w:rsidRPr="00373716" w:rsidRDefault="00213F94" w:rsidP="00373716">
      <w:pPr>
        <w:pStyle w:val="berschrift2"/>
        <w:rPr>
          <w:u w:val="single"/>
          <w:lang w:val="de-DE"/>
        </w:rPr>
      </w:pPr>
      <w:r>
        <w:rPr>
          <w:u w:val="single"/>
          <w:lang w:val="de-DE"/>
        </w:rPr>
        <w:t>Ziele auf der Messe:</w:t>
      </w:r>
    </w:p>
    <w:p w14:paraId="151188A7" w14:textId="77777777" w:rsidR="00213F94" w:rsidRDefault="00213F94" w:rsidP="00213F94">
      <w:pPr>
        <w:pStyle w:val="Aufzhlungszeichen"/>
      </w:pPr>
      <w:proofErr w:type="spellStart"/>
      <w:r>
        <w:t>Mindestens</w:t>
      </w:r>
      <w:proofErr w:type="spellEnd"/>
      <w:r>
        <w:t xml:space="preserve"> 5 </w:t>
      </w:r>
      <w:proofErr w:type="spellStart"/>
      <w:r>
        <w:t>Stände</w:t>
      </w:r>
      <w:proofErr w:type="spellEnd"/>
      <w:r>
        <w:t xml:space="preserve"> </w:t>
      </w:r>
      <w:proofErr w:type="spellStart"/>
      <w:r>
        <w:t>besuchen</w:t>
      </w:r>
      <w:proofErr w:type="spellEnd"/>
    </w:p>
    <w:p w14:paraId="5CB4248A" w14:textId="77777777" w:rsidR="00213F94" w:rsidRDefault="00213F94" w:rsidP="00213F94">
      <w:pPr>
        <w:pStyle w:val="Aufzhlungszeichen"/>
      </w:pPr>
      <w:r>
        <w:t xml:space="preserve">Zu </w:t>
      </w:r>
      <w:proofErr w:type="spellStart"/>
      <w:r>
        <w:t>jedem</w:t>
      </w:r>
      <w:proofErr w:type="spellEnd"/>
      <w:r>
        <w:t xml:space="preserve"> Stand 1–2 </w:t>
      </w:r>
      <w:proofErr w:type="spellStart"/>
      <w:r>
        <w:t>Fragen</w:t>
      </w:r>
      <w:proofErr w:type="spellEnd"/>
      <w:r>
        <w:t xml:space="preserve"> </w:t>
      </w:r>
      <w:proofErr w:type="spellStart"/>
      <w:r>
        <w:t>stellen</w:t>
      </w:r>
      <w:proofErr w:type="spellEnd"/>
    </w:p>
    <w:p w14:paraId="05EAB2FB" w14:textId="77777777" w:rsidR="00213F94" w:rsidRDefault="00213F94" w:rsidP="00213F94">
      <w:pPr>
        <w:pStyle w:val="Aufzhlungszeichen"/>
      </w:pPr>
      <w:proofErr w:type="spellStart"/>
      <w:r>
        <w:t>Berufsmöglichkeiten</w:t>
      </w:r>
      <w:proofErr w:type="spellEnd"/>
      <w:r>
        <w:t xml:space="preserve"> </w:t>
      </w:r>
      <w:proofErr w:type="spellStart"/>
      <w:r>
        <w:t>notieren</w:t>
      </w:r>
      <w:proofErr w:type="spellEnd"/>
    </w:p>
    <w:p w14:paraId="17E0E96E" w14:textId="77777777" w:rsidR="00213F94" w:rsidRDefault="00213F94" w:rsidP="00213F94">
      <w:pPr>
        <w:pStyle w:val="Aufzhlungszeichen"/>
      </w:pPr>
      <w:proofErr w:type="spellStart"/>
      <w:r>
        <w:t>Kontaktdaten</w:t>
      </w:r>
      <w:proofErr w:type="spellEnd"/>
      <w:r>
        <w:t>/</w:t>
      </w:r>
      <w:proofErr w:type="spellStart"/>
      <w:r>
        <w:t>Ansprechpartner</w:t>
      </w:r>
      <w:proofErr w:type="spellEnd"/>
      <w:r>
        <w:t xml:space="preserve"> </w:t>
      </w:r>
      <w:proofErr w:type="spellStart"/>
      <w:r>
        <w:t>sichern</w:t>
      </w:r>
      <w:proofErr w:type="spellEnd"/>
    </w:p>
    <w:p w14:paraId="4ADA964F" w14:textId="77777777" w:rsidR="00213F94" w:rsidRPr="00213F94" w:rsidRDefault="00213F94" w:rsidP="00213F94">
      <w:pPr>
        <w:pStyle w:val="berschrift2"/>
        <w:rPr>
          <w:sz w:val="2"/>
          <w:szCs w:val="2"/>
          <w:u w:val="single"/>
          <w:lang w:val="de-DE"/>
        </w:rPr>
      </w:pPr>
    </w:p>
    <w:p w14:paraId="1919C22D" w14:textId="7C9B0732" w:rsidR="00213F94" w:rsidRPr="00373716" w:rsidRDefault="00213F94" w:rsidP="00213F94">
      <w:pPr>
        <w:pStyle w:val="berschrift2"/>
        <w:rPr>
          <w:u w:val="single"/>
          <w:lang w:val="de-DE"/>
        </w:rPr>
      </w:pPr>
      <w:r w:rsidRPr="00213F94">
        <w:rPr>
          <w:u w:val="single"/>
          <w:lang w:val="de-DE"/>
        </w:rPr>
        <w:t>Aussteller-Checkliste</w:t>
      </w:r>
      <w:r>
        <w:rPr>
          <w:u w:val="single"/>
          <w:lang w:val="de-DE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266"/>
        <w:gridCol w:w="1515"/>
        <w:gridCol w:w="1490"/>
        <w:gridCol w:w="1401"/>
        <w:gridCol w:w="1600"/>
        <w:gridCol w:w="1358"/>
      </w:tblGrid>
      <w:tr w:rsidR="00213F94" w14:paraId="09AA06FE" w14:textId="77777777" w:rsidTr="00213F94">
        <w:tc>
          <w:tcPr>
            <w:tcW w:w="1266" w:type="dxa"/>
          </w:tcPr>
          <w:p w14:paraId="1C84E954" w14:textId="77777777" w:rsidR="00213F94" w:rsidRDefault="00213F94" w:rsidP="00D016FC">
            <w:r>
              <w:rPr>
                <w:b/>
              </w:rPr>
              <w:t>Nr.</w:t>
            </w:r>
          </w:p>
        </w:tc>
        <w:tc>
          <w:tcPr>
            <w:tcW w:w="1515" w:type="dxa"/>
          </w:tcPr>
          <w:p w14:paraId="31F7EBEC" w14:textId="77777777" w:rsidR="00213F94" w:rsidRDefault="00213F94" w:rsidP="00D016FC">
            <w:proofErr w:type="spellStart"/>
            <w:r>
              <w:rPr>
                <w:b/>
              </w:rPr>
              <w:t>Aussteller</w:t>
            </w:r>
            <w:proofErr w:type="spellEnd"/>
          </w:p>
        </w:tc>
        <w:tc>
          <w:tcPr>
            <w:tcW w:w="1490" w:type="dxa"/>
          </w:tcPr>
          <w:p w14:paraId="0F227D40" w14:textId="77777777" w:rsidR="00213F94" w:rsidRDefault="00213F94" w:rsidP="00D016FC">
            <w:proofErr w:type="spellStart"/>
            <w:r>
              <w:rPr>
                <w:b/>
              </w:rPr>
              <w:t>Gespräch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geführt</w:t>
            </w:r>
            <w:proofErr w:type="spellEnd"/>
            <w:r>
              <w:rPr>
                <w:b/>
              </w:rPr>
              <w:t>? (✓)</w:t>
            </w:r>
          </w:p>
        </w:tc>
        <w:tc>
          <w:tcPr>
            <w:tcW w:w="1401" w:type="dxa"/>
          </w:tcPr>
          <w:p w14:paraId="392BC2C9" w14:textId="77777777" w:rsidR="00213F94" w:rsidRDefault="00213F94" w:rsidP="00D016FC">
            <w:r>
              <w:rPr>
                <w:b/>
              </w:rPr>
              <w:t xml:space="preserve">Meine </w:t>
            </w:r>
            <w:proofErr w:type="spellStart"/>
            <w:r>
              <w:rPr>
                <w:b/>
              </w:rPr>
              <w:t>Fragen</w:t>
            </w:r>
            <w:proofErr w:type="spellEnd"/>
          </w:p>
        </w:tc>
        <w:tc>
          <w:tcPr>
            <w:tcW w:w="1600" w:type="dxa"/>
          </w:tcPr>
          <w:p w14:paraId="5EDC7E3F" w14:textId="77777777" w:rsidR="00213F94" w:rsidRDefault="00213F94" w:rsidP="00D016FC">
            <w:proofErr w:type="spellStart"/>
            <w:r>
              <w:rPr>
                <w:b/>
              </w:rPr>
              <w:t>Interessant</w:t>
            </w:r>
            <w:proofErr w:type="spellEnd"/>
            <w:r>
              <w:rPr>
                <w:b/>
              </w:rPr>
              <w:t>? (Ja/Nein)</w:t>
            </w:r>
          </w:p>
        </w:tc>
        <w:tc>
          <w:tcPr>
            <w:tcW w:w="1358" w:type="dxa"/>
          </w:tcPr>
          <w:p w14:paraId="4BE41FF0" w14:textId="77777777" w:rsidR="00213F94" w:rsidRDefault="00213F94" w:rsidP="00D016FC">
            <w:pPr>
              <w:rPr>
                <w:b/>
              </w:rPr>
            </w:pPr>
            <w:proofErr w:type="spellStart"/>
            <w:r>
              <w:rPr>
                <w:b/>
              </w:rPr>
              <w:t>Beworben</w:t>
            </w:r>
            <w:proofErr w:type="spellEnd"/>
            <w:r>
              <w:rPr>
                <w:b/>
              </w:rPr>
              <w:t>?</w:t>
            </w:r>
          </w:p>
        </w:tc>
      </w:tr>
      <w:tr w:rsidR="00213F94" w14:paraId="2D30DC41" w14:textId="77777777" w:rsidTr="00213F94">
        <w:tc>
          <w:tcPr>
            <w:tcW w:w="1266" w:type="dxa"/>
          </w:tcPr>
          <w:p w14:paraId="5ADAF8B7" w14:textId="77777777" w:rsidR="00213F94" w:rsidRDefault="00213F94" w:rsidP="00D016FC">
            <w:r>
              <w:t>1</w:t>
            </w:r>
          </w:p>
        </w:tc>
        <w:tc>
          <w:tcPr>
            <w:tcW w:w="1515" w:type="dxa"/>
          </w:tcPr>
          <w:p w14:paraId="1D847866" w14:textId="77777777" w:rsidR="00213F94" w:rsidRDefault="00213F94" w:rsidP="00D016FC">
            <w:r>
              <w:t xml:space="preserve"> </w:t>
            </w:r>
          </w:p>
        </w:tc>
        <w:tc>
          <w:tcPr>
            <w:tcW w:w="1490" w:type="dxa"/>
          </w:tcPr>
          <w:p w14:paraId="7E0B9474" w14:textId="77777777" w:rsidR="00213F94" w:rsidRDefault="00213F94" w:rsidP="00D016FC">
            <w:r>
              <w:t xml:space="preserve"> </w:t>
            </w:r>
          </w:p>
        </w:tc>
        <w:tc>
          <w:tcPr>
            <w:tcW w:w="1401" w:type="dxa"/>
          </w:tcPr>
          <w:p w14:paraId="1D4B1736" w14:textId="77777777" w:rsidR="00213F94" w:rsidRDefault="00213F94" w:rsidP="00D016FC">
            <w:r>
              <w:t xml:space="preserve"> </w:t>
            </w:r>
          </w:p>
        </w:tc>
        <w:tc>
          <w:tcPr>
            <w:tcW w:w="1600" w:type="dxa"/>
          </w:tcPr>
          <w:p w14:paraId="64C629D6" w14:textId="77777777" w:rsidR="00213F94" w:rsidRDefault="00213F94" w:rsidP="00D016FC">
            <w:r>
              <w:t xml:space="preserve"> </w:t>
            </w:r>
          </w:p>
        </w:tc>
        <w:tc>
          <w:tcPr>
            <w:tcW w:w="1358" w:type="dxa"/>
          </w:tcPr>
          <w:p w14:paraId="213FF1ED" w14:textId="77777777" w:rsidR="00213F94" w:rsidRDefault="00213F94" w:rsidP="00D016FC"/>
        </w:tc>
      </w:tr>
      <w:tr w:rsidR="00213F94" w14:paraId="1778DDE9" w14:textId="77777777" w:rsidTr="00213F94">
        <w:tc>
          <w:tcPr>
            <w:tcW w:w="1266" w:type="dxa"/>
          </w:tcPr>
          <w:p w14:paraId="467E6435" w14:textId="77777777" w:rsidR="00213F94" w:rsidRDefault="00213F94" w:rsidP="00D016FC">
            <w:r>
              <w:t>2</w:t>
            </w:r>
          </w:p>
        </w:tc>
        <w:tc>
          <w:tcPr>
            <w:tcW w:w="1515" w:type="dxa"/>
          </w:tcPr>
          <w:p w14:paraId="79D720BD" w14:textId="77777777" w:rsidR="00213F94" w:rsidRDefault="00213F94" w:rsidP="00D016FC">
            <w:r>
              <w:t xml:space="preserve"> </w:t>
            </w:r>
          </w:p>
        </w:tc>
        <w:tc>
          <w:tcPr>
            <w:tcW w:w="1490" w:type="dxa"/>
          </w:tcPr>
          <w:p w14:paraId="4D0FEA8C" w14:textId="77777777" w:rsidR="00213F94" w:rsidRDefault="00213F94" w:rsidP="00D016FC">
            <w:r>
              <w:t xml:space="preserve"> </w:t>
            </w:r>
          </w:p>
        </w:tc>
        <w:tc>
          <w:tcPr>
            <w:tcW w:w="1401" w:type="dxa"/>
          </w:tcPr>
          <w:p w14:paraId="76A5C84F" w14:textId="77777777" w:rsidR="00213F94" w:rsidRDefault="00213F94" w:rsidP="00D016FC">
            <w:r>
              <w:t xml:space="preserve"> </w:t>
            </w:r>
          </w:p>
        </w:tc>
        <w:tc>
          <w:tcPr>
            <w:tcW w:w="1600" w:type="dxa"/>
          </w:tcPr>
          <w:p w14:paraId="51027B87" w14:textId="77777777" w:rsidR="00213F94" w:rsidRDefault="00213F94" w:rsidP="00D016FC">
            <w:r>
              <w:t xml:space="preserve"> </w:t>
            </w:r>
          </w:p>
        </w:tc>
        <w:tc>
          <w:tcPr>
            <w:tcW w:w="1358" w:type="dxa"/>
          </w:tcPr>
          <w:p w14:paraId="6749DB8F" w14:textId="77777777" w:rsidR="00213F94" w:rsidRDefault="00213F94" w:rsidP="00D016FC"/>
        </w:tc>
      </w:tr>
      <w:tr w:rsidR="00213F94" w14:paraId="0780219B" w14:textId="77777777" w:rsidTr="00213F94">
        <w:tc>
          <w:tcPr>
            <w:tcW w:w="1266" w:type="dxa"/>
          </w:tcPr>
          <w:p w14:paraId="12E5E8C6" w14:textId="77777777" w:rsidR="00213F94" w:rsidRDefault="00213F94" w:rsidP="00D016FC">
            <w:r>
              <w:t>3</w:t>
            </w:r>
          </w:p>
        </w:tc>
        <w:tc>
          <w:tcPr>
            <w:tcW w:w="1515" w:type="dxa"/>
          </w:tcPr>
          <w:p w14:paraId="191F9F17" w14:textId="77777777" w:rsidR="00213F94" w:rsidRDefault="00213F94" w:rsidP="00D016FC">
            <w:r>
              <w:t xml:space="preserve"> </w:t>
            </w:r>
          </w:p>
        </w:tc>
        <w:tc>
          <w:tcPr>
            <w:tcW w:w="1490" w:type="dxa"/>
          </w:tcPr>
          <w:p w14:paraId="6D2700CE" w14:textId="77777777" w:rsidR="00213F94" w:rsidRDefault="00213F94" w:rsidP="00D016FC">
            <w:r>
              <w:t xml:space="preserve"> </w:t>
            </w:r>
          </w:p>
        </w:tc>
        <w:tc>
          <w:tcPr>
            <w:tcW w:w="1401" w:type="dxa"/>
          </w:tcPr>
          <w:p w14:paraId="0C56DBAC" w14:textId="77777777" w:rsidR="00213F94" w:rsidRDefault="00213F94" w:rsidP="00D016FC">
            <w:r>
              <w:t xml:space="preserve"> </w:t>
            </w:r>
          </w:p>
        </w:tc>
        <w:tc>
          <w:tcPr>
            <w:tcW w:w="1600" w:type="dxa"/>
          </w:tcPr>
          <w:p w14:paraId="7B35FA45" w14:textId="77777777" w:rsidR="00213F94" w:rsidRDefault="00213F94" w:rsidP="00D016FC">
            <w:r>
              <w:t xml:space="preserve"> </w:t>
            </w:r>
          </w:p>
        </w:tc>
        <w:tc>
          <w:tcPr>
            <w:tcW w:w="1358" w:type="dxa"/>
          </w:tcPr>
          <w:p w14:paraId="60CF3063" w14:textId="77777777" w:rsidR="00213F94" w:rsidRDefault="00213F94" w:rsidP="00D016FC"/>
        </w:tc>
      </w:tr>
      <w:tr w:rsidR="00213F94" w14:paraId="6FBB9175" w14:textId="77777777" w:rsidTr="00213F94">
        <w:tc>
          <w:tcPr>
            <w:tcW w:w="1266" w:type="dxa"/>
          </w:tcPr>
          <w:p w14:paraId="5995F067" w14:textId="77777777" w:rsidR="00213F94" w:rsidRDefault="00213F94" w:rsidP="00D016FC">
            <w:r>
              <w:t>4</w:t>
            </w:r>
          </w:p>
        </w:tc>
        <w:tc>
          <w:tcPr>
            <w:tcW w:w="1515" w:type="dxa"/>
          </w:tcPr>
          <w:p w14:paraId="683488FD" w14:textId="77777777" w:rsidR="00213F94" w:rsidRDefault="00213F94" w:rsidP="00D016FC">
            <w:r>
              <w:t xml:space="preserve"> </w:t>
            </w:r>
          </w:p>
        </w:tc>
        <w:tc>
          <w:tcPr>
            <w:tcW w:w="1490" w:type="dxa"/>
          </w:tcPr>
          <w:p w14:paraId="42784F7D" w14:textId="77777777" w:rsidR="00213F94" w:rsidRDefault="00213F94" w:rsidP="00D016FC">
            <w:r>
              <w:t xml:space="preserve"> </w:t>
            </w:r>
          </w:p>
        </w:tc>
        <w:tc>
          <w:tcPr>
            <w:tcW w:w="1401" w:type="dxa"/>
          </w:tcPr>
          <w:p w14:paraId="1C8E58BC" w14:textId="77777777" w:rsidR="00213F94" w:rsidRDefault="00213F94" w:rsidP="00D016FC">
            <w:r>
              <w:t xml:space="preserve"> </w:t>
            </w:r>
          </w:p>
        </w:tc>
        <w:tc>
          <w:tcPr>
            <w:tcW w:w="1600" w:type="dxa"/>
          </w:tcPr>
          <w:p w14:paraId="1BEEF479" w14:textId="77777777" w:rsidR="00213F94" w:rsidRDefault="00213F94" w:rsidP="00D016FC">
            <w:r>
              <w:t xml:space="preserve"> </w:t>
            </w:r>
          </w:p>
        </w:tc>
        <w:tc>
          <w:tcPr>
            <w:tcW w:w="1358" w:type="dxa"/>
          </w:tcPr>
          <w:p w14:paraId="39258712" w14:textId="77777777" w:rsidR="00213F94" w:rsidRDefault="00213F94" w:rsidP="00D016FC"/>
        </w:tc>
      </w:tr>
      <w:tr w:rsidR="00213F94" w14:paraId="401A6D58" w14:textId="77777777" w:rsidTr="00213F94">
        <w:tc>
          <w:tcPr>
            <w:tcW w:w="1266" w:type="dxa"/>
          </w:tcPr>
          <w:p w14:paraId="09C82021" w14:textId="77777777" w:rsidR="00213F94" w:rsidRDefault="00213F94" w:rsidP="00D016FC">
            <w:r>
              <w:t>5</w:t>
            </w:r>
          </w:p>
        </w:tc>
        <w:tc>
          <w:tcPr>
            <w:tcW w:w="1515" w:type="dxa"/>
          </w:tcPr>
          <w:p w14:paraId="5D8557BF" w14:textId="77777777" w:rsidR="00213F94" w:rsidRDefault="00213F94" w:rsidP="00D016FC">
            <w:r>
              <w:t xml:space="preserve"> </w:t>
            </w:r>
          </w:p>
        </w:tc>
        <w:tc>
          <w:tcPr>
            <w:tcW w:w="1490" w:type="dxa"/>
          </w:tcPr>
          <w:p w14:paraId="5F841858" w14:textId="77777777" w:rsidR="00213F94" w:rsidRDefault="00213F94" w:rsidP="00D016FC">
            <w:r>
              <w:t xml:space="preserve"> </w:t>
            </w:r>
          </w:p>
        </w:tc>
        <w:tc>
          <w:tcPr>
            <w:tcW w:w="1401" w:type="dxa"/>
          </w:tcPr>
          <w:p w14:paraId="69A6DFA1" w14:textId="77777777" w:rsidR="00213F94" w:rsidRDefault="00213F94" w:rsidP="00D016FC">
            <w:r>
              <w:t xml:space="preserve"> </w:t>
            </w:r>
          </w:p>
        </w:tc>
        <w:tc>
          <w:tcPr>
            <w:tcW w:w="1600" w:type="dxa"/>
          </w:tcPr>
          <w:p w14:paraId="41DE0066" w14:textId="77777777" w:rsidR="00213F94" w:rsidRDefault="00213F94" w:rsidP="00D016FC">
            <w:r>
              <w:t xml:space="preserve"> </w:t>
            </w:r>
          </w:p>
        </w:tc>
        <w:tc>
          <w:tcPr>
            <w:tcW w:w="1358" w:type="dxa"/>
          </w:tcPr>
          <w:p w14:paraId="7CC22BE2" w14:textId="77777777" w:rsidR="00213F94" w:rsidRDefault="00213F94" w:rsidP="00D016FC"/>
        </w:tc>
      </w:tr>
    </w:tbl>
    <w:p w14:paraId="02EB7814" w14:textId="77777777" w:rsidR="005225DB" w:rsidRDefault="005225DB" w:rsidP="00373716">
      <w:pPr>
        <w:rPr>
          <w:lang w:val="de-DE"/>
        </w:rPr>
      </w:pPr>
    </w:p>
    <w:p w14:paraId="736412F8" w14:textId="77777777" w:rsidR="00213F94" w:rsidRPr="00213F94" w:rsidRDefault="00213F94" w:rsidP="00213F94">
      <w:pPr>
        <w:pStyle w:val="berschrift2"/>
        <w:rPr>
          <w:u w:val="single"/>
          <w:lang w:val="de-DE"/>
        </w:rPr>
      </w:pPr>
      <w:proofErr w:type="spellStart"/>
      <w:r w:rsidRPr="00213F94">
        <w:rPr>
          <w:u w:val="single"/>
          <w:lang w:val="de-DE"/>
        </w:rPr>
        <w:t>Beispielfragen</w:t>
      </w:r>
      <w:proofErr w:type="spellEnd"/>
      <w:r w:rsidRPr="00213F94">
        <w:rPr>
          <w:u w:val="single"/>
          <w:lang w:val="de-DE"/>
        </w:rPr>
        <w:t xml:space="preserve"> für </w:t>
      </w:r>
      <w:proofErr w:type="spellStart"/>
      <w:r w:rsidRPr="00213F94">
        <w:rPr>
          <w:u w:val="single"/>
          <w:lang w:val="de-DE"/>
        </w:rPr>
        <w:t>gute</w:t>
      </w:r>
      <w:proofErr w:type="spellEnd"/>
      <w:r w:rsidRPr="00213F94">
        <w:rPr>
          <w:u w:val="single"/>
          <w:lang w:val="de-DE"/>
        </w:rPr>
        <w:t xml:space="preserve"> </w:t>
      </w:r>
      <w:proofErr w:type="spellStart"/>
      <w:r w:rsidRPr="00213F94">
        <w:rPr>
          <w:u w:val="single"/>
          <w:lang w:val="de-DE"/>
        </w:rPr>
        <w:t>Gespräche</w:t>
      </w:r>
      <w:proofErr w:type="spellEnd"/>
    </w:p>
    <w:p w14:paraId="6138A682" w14:textId="77777777" w:rsidR="00213F94" w:rsidRPr="009152EE" w:rsidRDefault="00213F94" w:rsidP="00213F94">
      <w:pPr>
        <w:pStyle w:val="Aufzhlungszeichen"/>
        <w:rPr>
          <w:lang w:val="de-DE"/>
        </w:rPr>
      </w:pPr>
      <w:r w:rsidRPr="009152EE">
        <w:rPr>
          <w:lang w:val="de-DE"/>
        </w:rPr>
        <w:t>Welche Aufgaben gehören zum Beruf?</w:t>
      </w:r>
    </w:p>
    <w:p w14:paraId="5558B127" w14:textId="77777777" w:rsidR="00213F94" w:rsidRPr="009152EE" w:rsidRDefault="00213F94" w:rsidP="00213F94">
      <w:pPr>
        <w:pStyle w:val="Aufzhlungszeichen"/>
        <w:rPr>
          <w:lang w:val="de-DE"/>
        </w:rPr>
      </w:pPr>
      <w:r w:rsidRPr="009152EE">
        <w:rPr>
          <w:lang w:val="de-DE"/>
        </w:rPr>
        <w:t>Welche Voraussetzungen muss ich mitbringen?</w:t>
      </w:r>
    </w:p>
    <w:p w14:paraId="4690FC89" w14:textId="77777777" w:rsidR="00213F94" w:rsidRPr="009152EE" w:rsidRDefault="00213F94" w:rsidP="00213F94">
      <w:pPr>
        <w:pStyle w:val="Aufzhlungszeichen"/>
        <w:rPr>
          <w:lang w:val="de-DE"/>
        </w:rPr>
      </w:pPr>
      <w:r w:rsidRPr="009152EE">
        <w:rPr>
          <w:lang w:val="de-DE"/>
        </w:rPr>
        <w:t>Gibt es freie Ausbildungsplätze oder Praktika?</w:t>
      </w:r>
    </w:p>
    <w:p w14:paraId="4334E5AB" w14:textId="77777777" w:rsidR="00213F94" w:rsidRPr="009152EE" w:rsidRDefault="00213F94" w:rsidP="00213F94">
      <w:pPr>
        <w:pStyle w:val="Aufzhlungszeichen"/>
        <w:rPr>
          <w:lang w:val="de-DE"/>
        </w:rPr>
      </w:pPr>
      <w:r w:rsidRPr="009152EE">
        <w:rPr>
          <w:lang w:val="de-DE"/>
        </w:rPr>
        <w:t>Wie läuft das Bewerbungsverfahren ab?</w:t>
      </w:r>
    </w:p>
    <w:p w14:paraId="5F5B990D" w14:textId="77777777" w:rsidR="00213F94" w:rsidRDefault="00213F94" w:rsidP="00213F94">
      <w:pPr>
        <w:pStyle w:val="Aufzhlungszeichen"/>
      </w:pPr>
      <w:proofErr w:type="spellStart"/>
      <w:r>
        <w:t>Welche</w:t>
      </w:r>
      <w:proofErr w:type="spellEnd"/>
      <w:r>
        <w:t xml:space="preserve"> </w:t>
      </w:r>
      <w:proofErr w:type="spellStart"/>
      <w:r>
        <w:t>Entwicklungsmöglichkeiten</w:t>
      </w:r>
      <w:proofErr w:type="spellEnd"/>
      <w:r>
        <w:t xml:space="preserve"> </w:t>
      </w:r>
      <w:proofErr w:type="spellStart"/>
      <w:r>
        <w:t>gibt</w:t>
      </w:r>
      <w:proofErr w:type="spellEnd"/>
      <w:r>
        <w:t xml:space="preserve"> es?</w:t>
      </w:r>
    </w:p>
    <w:p w14:paraId="27C47BC9" w14:textId="77777777" w:rsidR="00373716" w:rsidRPr="00213F94" w:rsidRDefault="00373716" w:rsidP="00373716">
      <w:pPr>
        <w:rPr>
          <w:sz w:val="2"/>
          <w:szCs w:val="2"/>
          <w:lang w:val="de-DE"/>
        </w:rPr>
      </w:pPr>
    </w:p>
    <w:p w14:paraId="20B0FD06" w14:textId="77777777" w:rsidR="00213F94" w:rsidRPr="00213F94" w:rsidRDefault="00213F94" w:rsidP="00213F94">
      <w:pPr>
        <w:pStyle w:val="berschrift2"/>
        <w:rPr>
          <w:u w:val="single"/>
          <w:lang w:val="de-DE"/>
        </w:rPr>
      </w:pPr>
      <w:r w:rsidRPr="00213F94">
        <w:rPr>
          <w:u w:val="single"/>
          <w:lang w:val="de-DE"/>
        </w:rPr>
        <w:t>Mein Fazit (Wo möchte ich mich bewerben? Nächste Schritte)</w:t>
      </w:r>
    </w:p>
    <w:p w14:paraId="40E792FD" w14:textId="77777777" w:rsidR="00213F94" w:rsidRPr="009152EE" w:rsidRDefault="00213F94" w:rsidP="00213F94">
      <w:pPr>
        <w:rPr>
          <w:lang w:val="de-DE"/>
        </w:rPr>
      </w:pPr>
      <w:r w:rsidRPr="009152EE">
        <w:rPr>
          <w:lang w:val="de-DE"/>
        </w:rPr>
        <w:t>______________________________________________________________</w:t>
      </w:r>
    </w:p>
    <w:p w14:paraId="0EFEDC83" w14:textId="77777777" w:rsidR="00213F94" w:rsidRPr="009152EE" w:rsidRDefault="00213F94" w:rsidP="00213F94">
      <w:pPr>
        <w:rPr>
          <w:lang w:val="de-DE"/>
        </w:rPr>
      </w:pPr>
      <w:r w:rsidRPr="009152EE">
        <w:rPr>
          <w:lang w:val="de-DE"/>
        </w:rPr>
        <w:t>______________________________________________________________</w:t>
      </w:r>
    </w:p>
    <w:p w14:paraId="625E56F1" w14:textId="77777777" w:rsidR="00213F94" w:rsidRPr="009152EE" w:rsidRDefault="00213F94" w:rsidP="00213F94">
      <w:pPr>
        <w:rPr>
          <w:lang w:val="de-DE"/>
        </w:rPr>
      </w:pPr>
      <w:r w:rsidRPr="009152EE">
        <w:rPr>
          <w:lang w:val="de-DE"/>
        </w:rPr>
        <w:t>______________________________________________________________</w:t>
      </w:r>
    </w:p>
    <w:p w14:paraId="583A5515" w14:textId="77777777" w:rsidR="00213F94" w:rsidRDefault="00213F94" w:rsidP="00213F94">
      <w:pPr>
        <w:rPr>
          <w:lang w:val="de-DE"/>
        </w:rPr>
      </w:pPr>
      <w:r w:rsidRPr="009152EE">
        <w:rPr>
          <w:lang w:val="de-DE"/>
        </w:rPr>
        <w:t>______________________________________________________________</w:t>
      </w:r>
    </w:p>
    <w:p w14:paraId="263EADBB" w14:textId="77777777" w:rsidR="005225DB" w:rsidRPr="00373716" w:rsidRDefault="005225DB" w:rsidP="00373716">
      <w:pPr>
        <w:rPr>
          <w:lang w:val="de-DE"/>
        </w:rPr>
      </w:pPr>
    </w:p>
    <w:p/>
    <w:p>
      <w:r>
        <w:t>vocatium Siegburg 2026 – 5 Versionen</w:t>
      </w:r>
    </w:p>
    <w:p>
      <w:r>
        <w:t>----------------------------------</w:t>
      </w:r>
    </w:p>
    <w:p>
      <w:r>
        <w:t>VERSION 1:</w:t>
      </w:r>
    </w:p>
    <w:p>
      <w:r>
        <w:t>Ziel Büro. Rhein-Sieg-Kreis, Stadtwerke, Telekom. Bewerbung RS-Kreis.</w:t>
      </w:r>
    </w:p>
    <w:p/>
    <w:p>
      <w:r>
        <w:t>VERSION 2:</w:t>
      </w:r>
    </w:p>
    <w:p>
      <w:r>
        <w:t>Telekom-Gespräch war super. Bewerbung folgt.</w:t>
      </w:r>
    </w:p>
    <w:p/>
    <w:p>
      <w:r>
        <w:t>VERSION 3:</w:t>
      </w:r>
    </w:p>
    <w:p>
      <w:r>
        <w:t>Berufe: IT, Medien. Beste Stände: Telekom.</w:t>
      </w:r>
    </w:p>
    <w:p/>
    <w:p>
      <w:r>
        <w:t>VERSION 4:</w:t>
      </w:r>
    </w:p>
    <w:p>
      <w:r>
        <w:t>IT-Berufe. Stände: Telekom, AOK. Bewerben.</w:t>
      </w:r>
    </w:p>
    <w:p/>
    <w:p>
      <w:r>
        <w:t>VERSION 5:</w:t>
      </w:r>
    </w:p>
    <w:p>
      <w:r>
        <w:t>Ich will zur Telekom.</w:t>
      </w:r>
    </w:p>
    <w:p/>
    <w:sectPr w:rsidR="005225DB" w:rsidRPr="00373716" w:rsidSect="00373716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64729" w14:textId="77777777" w:rsidR="00371AB8" w:rsidRDefault="00371AB8" w:rsidP="00CF4B45">
      <w:pPr>
        <w:spacing w:after="0" w:line="240" w:lineRule="auto"/>
      </w:pPr>
      <w:r>
        <w:separator/>
      </w:r>
    </w:p>
  </w:endnote>
  <w:endnote w:type="continuationSeparator" w:id="0">
    <w:p w14:paraId="6AAE5C0E" w14:textId="77777777" w:rsidR="00371AB8" w:rsidRDefault="00371AB8" w:rsidP="00CF4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208"/>
      <w:gridCol w:w="432"/>
    </w:tblGrid>
    <w:tr w:rsidR="00CF4B45" w14:paraId="3CDF482F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or"/>
            <w:tag w:val=""/>
            <w:id w:val="1534539408"/>
            <w:placeholder>
              <w:docPart w:val="711C06328F494C12B7486434BE94EB5F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2E44A393" w14:textId="70ECC880" w:rsidR="00CF4B45" w:rsidRDefault="00CF4B45">
              <w:pPr>
                <w:pStyle w:val="Kopfzeile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BERUFSWAHL - ZUKUNFTSKONFERENZ</w:t>
              </w:r>
            </w:p>
          </w:sdtContent>
        </w:sdt>
      </w:tc>
      <w:tc>
        <w:tcPr>
          <w:tcW w:w="250" w:type="pct"/>
          <w:shd w:val="clear" w:color="auto" w:fill="C0504D" w:themeFill="accent2"/>
          <w:vAlign w:val="center"/>
        </w:tcPr>
        <w:p w14:paraId="1A43FA1F" w14:textId="53FD3858" w:rsidR="00CF4B45" w:rsidRDefault="00CF4B45" w:rsidP="00A84A2A">
          <w:pPr>
            <w:pStyle w:val="Fuzeile"/>
            <w:tabs>
              <w:tab w:val="clear" w:pos="4680"/>
              <w:tab w:val="clear" w:pos="9360"/>
            </w:tabs>
            <w:rPr>
              <w:color w:val="FFFFFF" w:themeColor="background1"/>
            </w:rPr>
          </w:pPr>
        </w:p>
      </w:tc>
    </w:tr>
  </w:tbl>
  <w:p w14:paraId="32EBCFBC" w14:textId="77777777" w:rsidR="00CF4B45" w:rsidRDefault="00CF4B4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F56D1" w14:textId="77777777" w:rsidR="00371AB8" w:rsidRDefault="00371AB8" w:rsidP="00CF4B45">
      <w:pPr>
        <w:spacing w:after="0" w:line="240" w:lineRule="auto"/>
      </w:pPr>
      <w:r>
        <w:separator/>
      </w:r>
    </w:p>
  </w:footnote>
  <w:footnote w:type="continuationSeparator" w:id="0">
    <w:p w14:paraId="0275993E" w14:textId="77777777" w:rsidR="00371AB8" w:rsidRDefault="00371AB8" w:rsidP="00CF4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shd w:val="clear" w:color="auto" w:fill="C0504D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616"/>
      <w:gridCol w:w="7024"/>
    </w:tblGrid>
    <w:tr w:rsidR="00A84A2A" w14:paraId="5853EFD0" w14:textId="77777777">
      <w:trPr>
        <w:jc w:val="right"/>
      </w:trPr>
      <w:tc>
        <w:tcPr>
          <w:tcW w:w="0" w:type="auto"/>
          <w:shd w:val="clear" w:color="auto" w:fill="C0504D" w:themeFill="accent2"/>
          <w:vAlign w:val="center"/>
        </w:tcPr>
        <w:p w14:paraId="3D9EE984" w14:textId="77777777" w:rsidR="00A84A2A" w:rsidRDefault="00A84A2A">
          <w:pPr>
            <w:pStyle w:val="Kopfzeile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C0504D" w:themeFill="accent2"/>
          <w:vAlign w:val="center"/>
        </w:tcPr>
        <w:p w14:paraId="1471443F" w14:textId="28D03878" w:rsidR="00A84A2A" w:rsidRDefault="00A84A2A">
          <w:pPr>
            <w:pStyle w:val="Kopfzeile"/>
            <w:jc w:val="right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  <w:lang w:val="de-DE"/>
            </w:rPr>
            <w:t xml:space="preserve"> </w:t>
          </w:r>
          <w:sdt>
            <w:sdtPr>
              <w:rPr>
                <w:caps/>
                <w:color w:val="FFFFFF" w:themeColor="background1"/>
              </w:rPr>
              <w:alias w:val="Titel"/>
              <w:tag w:val=""/>
              <w:id w:val="-773790484"/>
              <w:placeholder>
                <w:docPart w:val="4DEC7818E43D475BB68963C960289CF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aps/>
                  <w:color w:val="FFFFFF" w:themeColor="background1"/>
                </w:rPr>
                <w:t>[NAME]</w:t>
              </w:r>
            </w:sdtContent>
          </w:sdt>
        </w:p>
      </w:tc>
    </w:tr>
  </w:tbl>
  <w:p w14:paraId="2A98287B" w14:textId="77777777" w:rsidR="00A84A2A" w:rsidRDefault="00A84A2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07140789">
    <w:abstractNumId w:val="8"/>
  </w:num>
  <w:num w:numId="2" w16cid:durableId="1195919864">
    <w:abstractNumId w:val="6"/>
  </w:num>
  <w:num w:numId="3" w16cid:durableId="1595892309">
    <w:abstractNumId w:val="5"/>
  </w:num>
  <w:num w:numId="4" w16cid:durableId="93746917">
    <w:abstractNumId w:val="4"/>
  </w:num>
  <w:num w:numId="5" w16cid:durableId="779955378">
    <w:abstractNumId w:val="7"/>
  </w:num>
  <w:num w:numId="6" w16cid:durableId="347026513">
    <w:abstractNumId w:val="3"/>
  </w:num>
  <w:num w:numId="7" w16cid:durableId="1218083155">
    <w:abstractNumId w:val="2"/>
  </w:num>
  <w:num w:numId="8" w16cid:durableId="1687056441">
    <w:abstractNumId w:val="1"/>
  </w:num>
  <w:num w:numId="9" w16cid:durableId="1042022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2D5C"/>
    <w:rsid w:val="001344DC"/>
    <w:rsid w:val="0015074B"/>
    <w:rsid w:val="00213F94"/>
    <w:rsid w:val="00231ED5"/>
    <w:rsid w:val="0029639D"/>
    <w:rsid w:val="00326F90"/>
    <w:rsid w:val="00371AB8"/>
    <w:rsid w:val="00373716"/>
    <w:rsid w:val="003D0F22"/>
    <w:rsid w:val="00401902"/>
    <w:rsid w:val="004E781C"/>
    <w:rsid w:val="005225DB"/>
    <w:rsid w:val="005E05FF"/>
    <w:rsid w:val="009056D8"/>
    <w:rsid w:val="00A175EC"/>
    <w:rsid w:val="00A84A2A"/>
    <w:rsid w:val="00AA1D8D"/>
    <w:rsid w:val="00B47730"/>
    <w:rsid w:val="00CB0664"/>
    <w:rsid w:val="00CE5D04"/>
    <w:rsid w:val="00CF4B45"/>
    <w:rsid w:val="00D96CA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E60981"/>
  <w14:defaultImageDpi w14:val="300"/>
  <w15:docId w15:val="{E7E69914-E838-4B55-91FA-1F1A5D9A2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tabs>
        <w:tab w:val="clear" w:pos="720"/>
        <w:tab w:val="num" w:pos="360"/>
      </w:tabs>
      <w:ind w:left="0" w:firstLine="0"/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1C06328F494C12B7486434BE94EB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9849B1-7C02-4963-AC74-2D64DCEDCCF8}"/>
      </w:docPartPr>
      <w:docPartBody>
        <w:p w:rsidR="00236594" w:rsidRDefault="000B16A0" w:rsidP="000B16A0">
          <w:pPr>
            <w:pStyle w:val="711C06328F494C12B7486434BE94EB5F"/>
          </w:pPr>
          <w:r>
            <w:rPr>
              <w:caps/>
              <w:color w:val="FFFFFF" w:themeColor="background1"/>
            </w:rPr>
            <w:t>[Name des Autors]</w:t>
          </w:r>
        </w:p>
      </w:docPartBody>
    </w:docPart>
    <w:docPart>
      <w:docPartPr>
        <w:name w:val="4DEC7818E43D475BB68963C960289C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D0870A-4A0F-4916-BB58-91C310863050}"/>
      </w:docPartPr>
      <w:docPartBody>
        <w:p w:rsidR="00890BBF" w:rsidRDefault="00236594" w:rsidP="00236594">
          <w:pPr>
            <w:pStyle w:val="4DEC7818E43D475BB68963C960289CF9"/>
          </w:pPr>
          <w:r>
            <w:rPr>
              <w:caps/>
              <w:color w:val="FFFFFF" w:themeColor="background1"/>
            </w:rPr>
            <w:t>[Dokumenttitel]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6A0"/>
    <w:rsid w:val="000B16A0"/>
    <w:rsid w:val="00236594"/>
    <w:rsid w:val="004E781C"/>
    <w:rsid w:val="005918C5"/>
    <w:rsid w:val="005E05FF"/>
    <w:rsid w:val="00890BBF"/>
    <w:rsid w:val="00A175EC"/>
    <w:rsid w:val="00AA00CA"/>
    <w:rsid w:val="00FC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711C06328F494C12B7486434BE94EB5F">
    <w:name w:val="711C06328F494C12B7486434BE94EB5F"/>
    <w:rsid w:val="000B16A0"/>
  </w:style>
  <w:style w:type="character" w:styleId="Platzhaltertext">
    <w:name w:val="Placeholder Text"/>
    <w:basedOn w:val="Absatz-Standardschriftart"/>
    <w:uiPriority w:val="99"/>
    <w:semiHidden/>
    <w:rsid w:val="00236594"/>
    <w:rPr>
      <w:color w:val="808080"/>
    </w:rPr>
  </w:style>
  <w:style w:type="paragraph" w:customStyle="1" w:styleId="4DEC7818E43D475BB68963C960289CF9">
    <w:name w:val="4DEC7818E43D475BB68963C960289CF9"/>
    <w:rsid w:val="002365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834</Characters>
  <Application>Microsoft Office Word</Application>
  <DocSecurity>0</DocSecurity>
  <Lines>6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Überschriften</vt:lpstr>
      </vt:variant>
      <vt:variant>
        <vt:i4>10</vt:i4>
      </vt:variant>
      <vt:variant>
        <vt:lpstr>Title</vt:lpstr>
      </vt:variant>
      <vt:variant>
        <vt:i4>1</vt:i4>
      </vt:variant>
    </vt:vector>
  </HeadingPairs>
  <TitlesOfParts>
    <vt:vector size="12" baseType="lpstr">
      <vt:lpstr>[NAME]</vt:lpstr>
      <vt:lpstr>/Dokumentation – BerufswahlCamp I </vt:lpstr>
      <vt:lpstr>    Ergebnisse und Erkenntnisse aus den Modulen:</vt:lpstr>
      <vt:lpstr>    </vt:lpstr>
      <vt:lpstr>    </vt:lpstr>
      <vt:lpstr>    BerufswahlCamp I – Meine Ergebnisse:</vt:lpstr>
      <vt:lpstr>/Dokumentation – BerufswahlCamp II </vt:lpstr>
      <vt:lpstr>    Ergebnisse und Erkenntnisse aus den Modulen:</vt:lpstr>
      <vt:lpstr>    </vt:lpstr>
      <vt:lpstr>    </vt:lpstr>
      <vt:lpstr>    BerufswahlCamp II – Meine Ergebnisse:</vt:lpstr>
      <vt:lpstr/>
    </vt:vector>
  </TitlesOfParts>
  <Manager/>
  <Company/>
  <LinksUpToDate>false</LinksUpToDate>
  <CharactersWithSpaces>965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[NAME]</dc:title>
  <dc:subject/>
  <dc:creator>BERUFSWAHL - ZUKUNFTSKONFERENZ</dc:creator>
  <cp:keywords/>
  <dc:description>generated by python-docx</dc:description>
  <cp:lastModifiedBy>Markus Günther</cp:lastModifiedBy>
  <cp:revision>3</cp:revision>
  <dcterms:created xsi:type="dcterms:W3CDTF">2026-03-09T09:00:00Z</dcterms:created>
  <dcterms:modified xsi:type="dcterms:W3CDTF">2026-03-09T09:04:00Z</dcterms:modified>
  <cp:category/>
</cp:coreProperties>
</file>