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5A8D" w:rsidRPr="00EF69C7" w:rsidRDefault="00CC5A8D">
      <w:pPr>
        <w:spacing w:after="140"/>
        <w:jc w:val="center"/>
        <w:rPr>
          <w:rFonts w:asciiTheme="majorHAnsi" w:hAnsiTheme="majorHAnsi" w:cstheme="majorHAnsi"/>
          <w:sz w:val="24"/>
          <w:szCs w:val="24"/>
          <w:lang w:val="de-DE"/>
        </w:rPr>
      </w:pPr>
    </w:p>
    <w:p w:rsidR="00EF69C7" w:rsidRDefault="00EF69C7" w:rsidP="00EF69C7">
      <w:pPr>
        <w:spacing w:after="100" w:line="360" w:lineRule="auto"/>
        <w:jc w:val="both"/>
        <w:rPr>
          <w:rFonts w:asciiTheme="majorHAnsi" w:hAnsiTheme="majorHAnsi" w:cstheme="majorHAnsi"/>
          <w:sz w:val="22"/>
          <w:lang w:val="de-DE"/>
        </w:rPr>
      </w:pPr>
    </w:p>
    <w:p w:rsidR="00EF69C7" w:rsidRPr="00EF69C7" w:rsidRDefault="00EF69C7" w:rsidP="00EF69C7">
      <w:pPr>
        <w:spacing w:after="100" w:line="360" w:lineRule="auto"/>
        <w:jc w:val="both"/>
        <w:rPr>
          <w:rFonts w:asciiTheme="majorHAnsi" w:hAnsiTheme="majorHAnsi" w:cstheme="majorHAnsi"/>
          <w:b/>
          <w:sz w:val="22"/>
          <w:lang w:val="de-DE"/>
        </w:rPr>
      </w:pPr>
      <w:r w:rsidRPr="00EF69C7">
        <w:rPr>
          <w:rFonts w:asciiTheme="majorHAnsi" w:hAnsiTheme="majorHAnsi" w:cstheme="majorHAnsi"/>
          <w:b/>
          <w:sz w:val="22"/>
          <w:lang w:val="de-DE"/>
        </w:rPr>
        <w:t>Schule:</w:t>
      </w:r>
      <w:r>
        <w:rPr>
          <w:rFonts w:asciiTheme="majorHAnsi" w:hAnsiTheme="majorHAnsi" w:cstheme="majorHAnsi"/>
          <w:b/>
          <w:sz w:val="22"/>
          <w:lang w:val="de-DE"/>
        </w:rPr>
        <w:t xml:space="preserve">   ____________________________________________________________________________</w:t>
      </w:r>
    </w:p>
    <w:p w:rsidR="00EF69C7" w:rsidRDefault="00EF69C7" w:rsidP="00EF69C7">
      <w:pPr>
        <w:spacing w:after="100" w:line="360" w:lineRule="auto"/>
        <w:jc w:val="both"/>
        <w:rPr>
          <w:rFonts w:asciiTheme="majorHAnsi" w:hAnsiTheme="majorHAnsi" w:cstheme="majorHAnsi"/>
          <w:sz w:val="22"/>
          <w:lang w:val="de-DE"/>
        </w:rPr>
      </w:pPr>
    </w:p>
    <w:p w:rsidR="00CC5A8D" w:rsidRPr="00EF69C7" w:rsidRDefault="000E55CD" w:rsidP="00EF69C7">
      <w:pPr>
        <w:spacing w:after="100" w:line="360" w:lineRule="auto"/>
        <w:jc w:val="both"/>
        <w:rPr>
          <w:rFonts w:asciiTheme="majorHAnsi" w:hAnsiTheme="majorHAnsi" w:cstheme="majorHAnsi"/>
          <w:sz w:val="22"/>
          <w:lang w:val="de-DE"/>
        </w:rPr>
      </w:pPr>
      <w:r w:rsidRPr="00EF69C7">
        <w:rPr>
          <w:rFonts w:asciiTheme="majorHAnsi" w:hAnsiTheme="majorHAnsi" w:cstheme="majorHAnsi"/>
          <w:sz w:val="22"/>
          <w:lang w:val="de-DE"/>
        </w:rPr>
        <w:t xml:space="preserve">Unsere Schule beteiligt sich am Kölner Projekt „36 Schulen. Viele Stimmen. Ein </w:t>
      </w:r>
      <w:proofErr w:type="spellStart"/>
      <w:r w:rsidRPr="00EF69C7">
        <w:rPr>
          <w:rFonts w:asciiTheme="majorHAnsi" w:hAnsiTheme="majorHAnsi" w:cstheme="majorHAnsi"/>
          <w:sz w:val="22"/>
          <w:lang w:val="de-DE"/>
        </w:rPr>
        <w:t>Vibe</w:t>
      </w:r>
      <w:proofErr w:type="spellEnd"/>
      <w:r w:rsidRPr="00EF69C7">
        <w:rPr>
          <w:rFonts w:asciiTheme="majorHAnsi" w:hAnsiTheme="majorHAnsi" w:cstheme="majorHAnsi"/>
          <w:sz w:val="22"/>
          <w:lang w:val="de-DE"/>
        </w:rPr>
        <w:t xml:space="preserve">: Demokratie &amp; Vielfalt.“ Das </w:t>
      </w:r>
      <w:r w:rsidRPr="00EF69C7">
        <w:rPr>
          <w:rFonts w:asciiTheme="majorHAnsi" w:hAnsiTheme="majorHAnsi" w:cstheme="majorHAnsi"/>
          <w:sz w:val="22"/>
          <w:lang w:val="de-DE"/>
        </w:rPr>
        <w:t>Projekt macht sichtbar, wie Demokratie und Vielfalt an Kölner Schulen gelebt werden, und möchte damit auch in die Stadtgesellschaft hineinwirken.</w:t>
      </w:r>
    </w:p>
    <w:p w:rsidR="00EF69C7" w:rsidRDefault="00EF69C7" w:rsidP="00EF69C7">
      <w:pPr>
        <w:spacing w:after="60" w:line="360" w:lineRule="auto"/>
        <w:jc w:val="both"/>
        <w:rPr>
          <w:rFonts w:asciiTheme="majorHAnsi" w:hAnsiTheme="majorHAnsi" w:cstheme="majorHAnsi"/>
          <w:sz w:val="22"/>
          <w:lang w:val="de-DE"/>
        </w:rPr>
      </w:pPr>
    </w:p>
    <w:p w:rsidR="00CC5A8D" w:rsidRPr="00EF69C7" w:rsidRDefault="000E55CD" w:rsidP="00EF69C7">
      <w:pPr>
        <w:spacing w:after="60" w:line="360" w:lineRule="auto"/>
        <w:jc w:val="both"/>
        <w:rPr>
          <w:rFonts w:asciiTheme="majorHAnsi" w:hAnsiTheme="majorHAnsi" w:cstheme="majorHAnsi"/>
          <w:sz w:val="22"/>
          <w:lang w:val="de-DE"/>
        </w:rPr>
      </w:pPr>
      <w:r w:rsidRPr="00EF69C7">
        <w:rPr>
          <w:rFonts w:asciiTheme="majorHAnsi" w:hAnsiTheme="majorHAnsi" w:cstheme="majorHAnsi"/>
          <w:sz w:val="22"/>
          <w:lang w:val="de-DE"/>
        </w:rPr>
        <w:t>I</w:t>
      </w:r>
      <w:r w:rsidRPr="00EF69C7">
        <w:rPr>
          <w:rFonts w:asciiTheme="majorHAnsi" w:hAnsiTheme="majorHAnsi" w:cstheme="majorHAnsi"/>
          <w:sz w:val="22"/>
          <w:lang w:val="de-DE"/>
        </w:rPr>
        <w:t xml:space="preserve">ch bin damit einverstanden, dass im Rahmen des Projekts </w:t>
      </w:r>
      <w:r w:rsidRPr="00EF69C7">
        <w:rPr>
          <w:rFonts w:asciiTheme="majorHAnsi" w:hAnsiTheme="majorHAnsi" w:cstheme="majorHAnsi"/>
          <w:b/>
          <w:sz w:val="22"/>
          <w:lang w:val="de-DE"/>
        </w:rPr>
        <w:t xml:space="preserve">Fotos, Video- und Tonaufnahmen sowie Interviews oder </w:t>
      </w:r>
      <w:r w:rsidRPr="00EF69C7">
        <w:rPr>
          <w:rFonts w:asciiTheme="majorHAnsi" w:hAnsiTheme="majorHAnsi" w:cstheme="majorHAnsi"/>
          <w:b/>
          <w:sz w:val="22"/>
          <w:lang w:val="de-DE"/>
        </w:rPr>
        <w:t>Statements</w:t>
      </w:r>
      <w:r w:rsidRPr="00EF69C7">
        <w:rPr>
          <w:rFonts w:asciiTheme="majorHAnsi" w:hAnsiTheme="majorHAnsi" w:cstheme="majorHAnsi"/>
          <w:sz w:val="22"/>
          <w:lang w:val="de-DE"/>
        </w:rPr>
        <w:t xml:space="preserve"> von mir bzw. meinem Kind entstehen und für die Öffentlichkeitsarbeit des Projekts veröffentlicht werden dürfen:</w:t>
      </w:r>
    </w:p>
    <w:p w:rsidR="00CC5A8D" w:rsidRPr="00EF69C7" w:rsidRDefault="000E55CD" w:rsidP="00EF69C7">
      <w:pPr>
        <w:spacing w:after="20" w:line="360" w:lineRule="auto"/>
        <w:ind w:left="283" w:hanging="170"/>
        <w:jc w:val="both"/>
        <w:rPr>
          <w:rFonts w:asciiTheme="majorHAnsi" w:hAnsiTheme="majorHAnsi" w:cstheme="majorHAnsi"/>
          <w:sz w:val="22"/>
          <w:lang w:val="de-DE"/>
        </w:rPr>
      </w:pPr>
      <w:r w:rsidRPr="00EF69C7">
        <w:rPr>
          <w:rFonts w:asciiTheme="majorHAnsi" w:hAnsiTheme="majorHAnsi" w:cstheme="majorHAnsi"/>
          <w:sz w:val="22"/>
          <w:lang w:val="de-DE"/>
        </w:rPr>
        <w:t xml:space="preserve">• auf Instagram und weiteren projektbezogenen </w:t>
      </w:r>
      <w:proofErr w:type="spellStart"/>
      <w:r w:rsidRPr="00EF69C7">
        <w:rPr>
          <w:rFonts w:asciiTheme="majorHAnsi" w:hAnsiTheme="majorHAnsi" w:cstheme="majorHAnsi"/>
          <w:sz w:val="22"/>
          <w:lang w:val="de-DE"/>
        </w:rPr>
        <w:t>Social</w:t>
      </w:r>
      <w:proofErr w:type="spellEnd"/>
      <w:r w:rsidRPr="00EF69C7">
        <w:rPr>
          <w:rFonts w:asciiTheme="majorHAnsi" w:hAnsiTheme="majorHAnsi" w:cstheme="majorHAnsi"/>
          <w:sz w:val="22"/>
          <w:lang w:val="de-DE"/>
        </w:rPr>
        <w:t>-Media-Auftritten,</w:t>
      </w:r>
    </w:p>
    <w:p w:rsidR="00CC5A8D" w:rsidRPr="00EF69C7" w:rsidRDefault="000E55CD" w:rsidP="00EF69C7">
      <w:pPr>
        <w:spacing w:after="20" w:line="360" w:lineRule="auto"/>
        <w:ind w:left="283" w:hanging="170"/>
        <w:jc w:val="both"/>
        <w:rPr>
          <w:rFonts w:asciiTheme="majorHAnsi" w:hAnsiTheme="majorHAnsi" w:cstheme="majorHAnsi"/>
          <w:sz w:val="22"/>
          <w:lang w:val="de-DE"/>
        </w:rPr>
      </w:pPr>
      <w:r w:rsidRPr="00EF69C7">
        <w:rPr>
          <w:rFonts w:asciiTheme="majorHAnsi" w:hAnsiTheme="majorHAnsi" w:cstheme="majorHAnsi"/>
          <w:sz w:val="22"/>
          <w:lang w:val="de-DE"/>
        </w:rPr>
        <w:t xml:space="preserve">• auf der Projektwebseite sowie Webseiten beteiligter Schulen </w:t>
      </w:r>
      <w:r w:rsidRPr="00EF69C7">
        <w:rPr>
          <w:rFonts w:asciiTheme="majorHAnsi" w:hAnsiTheme="majorHAnsi" w:cstheme="majorHAnsi"/>
          <w:sz w:val="22"/>
          <w:lang w:val="de-DE"/>
        </w:rPr>
        <w:t>und Projektpartner,</w:t>
      </w:r>
    </w:p>
    <w:p w:rsidR="00CC5A8D" w:rsidRPr="00EF69C7" w:rsidRDefault="000E55CD" w:rsidP="00EF69C7">
      <w:pPr>
        <w:spacing w:after="20" w:line="360" w:lineRule="auto"/>
        <w:ind w:left="283" w:hanging="170"/>
        <w:jc w:val="both"/>
        <w:rPr>
          <w:rFonts w:asciiTheme="majorHAnsi" w:hAnsiTheme="majorHAnsi" w:cstheme="majorHAnsi"/>
          <w:sz w:val="22"/>
          <w:lang w:val="de-DE"/>
        </w:rPr>
      </w:pPr>
      <w:r w:rsidRPr="00EF69C7">
        <w:rPr>
          <w:rFonts w:asciiTheme="majorHAnsi" w:hAnsiTheme="majorHAnsi" w:cstheme="majorHAnsi"/>
          <w:sz w:val="22"/>
          <w:lang w:val="de-DE"/>
        </w:rPr>
        <w:t>• in der Presse und anderen Medien (Print, Online, Rundfunk und Fernsehen).</w:t>
      </w:r>
    </w:p>
    <w:p w:rsidR="00CC5A8D" w:rsidRPr="00EF69C7" w:rsidRDefault="000E55CD" w:rsidP="00EF69C7">
      <w:pPr>
        <w:spacing w:after="100" w:line="360" w:lineRule="auto"/>
        <w:jc w:val="both"/>
        <w:rPr>
          <w:rFonts w:asciiTheme="majorHAnsi" w:hAnsiTheme="majorHAnsi" w:cstheme="majorHAnsi"/>
          <w:sz w:val="22"/>
          <w:lang w:val="de-DE"/>
        </w:rPr>
      </w:pPr>
      <w:r w:rsidRPr="00EF69C7">
        <w:rPr>
          <w:rFonts w:asciiTheme="majorHAnsi" w:hAnsiTheme="majorHAnsi" w:cstheme="majorHAnsi"/>
          <w:sz w:val="22"/>
          <w:lang w:val="de-DE"/>
        </w:rPr>
        <w:t>Die Aufnahmen dürfen hierfür redaktionell bearbeitet, z. B. gekürzt oder zugeschnitten werden. Eine Veröffentlichung erfolgt grundsätzlich ohne vollständige Nam</w:t>
      </w:r>
      <w:r w:rsidRPr="00EF69C7">
        <w:rPr>
          <w:rFonts w:asciiTheme="majorHAnsi" w:hAnsiTheme="majorHAnsi" w:cstheme="majorHAnsi"/>
          <w:sz w:val="22"/>
          <w:lang w:val="de-DE"/>
        </w:rPr>
        <w:t>ensnennung; eine namentliche Zuordnung erfolgt nur nach vorheriger Absprache.</w:t>
      </w:r>
    </w:p>
    <w:p w:rsidR="00EF69C7" w:rsidRDefault="00EF69C7" w:rsidP="00EF69C7">
      <w:pPr>
        <w:spacing w:before="20" w:after="60" w:line="360" w:lineRule="auto"/>
        <w:jc w:val="both"/>
        <w:rPr>
          <w:rFonts w:asciiTheme="majorHAnsi" w:hAnsiTheme="majorHAnsi" w:cstheme="majorHAnsi"/>
          <w:b/>
          <w:sz w:val="22"/>
          <w:lang w:val="de-DE"/>
        </w:rPr>
      </w:pPr>
    </w:p>
    <w:p w:rsidR="00CC5A8D" w:rsidRPr="00EF69C7" w:rsidRDefault="000E55CD" w:rsidP="00EF69C7">
      <w:pPr>
        <w:spacing w:before="20" w:after="60" w:line="360" w:lineRule="auto"/>
        <w:jc w:val="both"/>
        <w:rPr>
          <w:rFonts w:asciiTheme="majorHAnsi" w:hAnsiTheme="majorHAnsi" w:cstheme="majorHAnsi"/>
          <w:sz w:val="22"/>
          <w:lang w:val="de-DE"/>
        </w:rPr>
      </w:pPr>
      <w:r w:rsidRPr="00EF69C7">
        <w:rPr>
          <w:rFonts w:asciiTheme="majorHAnsi" w:hAnsiTheme="majorHAnsi" w:cstheme="majorHAnsi"/>
          <w:b/>
          <w:sz w:val="22"/>
          <w:lang w:val="de-DE"/>
        </w:rPr>
        <w:t>Freiwilligkeit und Datenschutz</w:t>
      </w:r>
    </w:p>
    <w:p w:rsidR="00CC5A8D" w:rsidRPr="00EF69C7" w:rsidRDefault="000E55CD" w:rsidP="00EF69C7">
      <w:pPr>
        <w:spacing w:line="360" w:lineRule="auto"/>
        <w:jc w:val="both"/>
        <w:rPr>
          <w:rFonts w:asciiTheme="majorHAnsi" w:hAnsiTheme="majorHAnsi" w:cstheme="majorHAnsi"/>
          <w:sz w:val="22"/>
          <w:lang w:val="de-DE"/>
        </w:rPr>
      </w:pPr>
      <w:r w:rsidRPr="00EF69C7">
        <w:rPr>
          <w:rFonts w:asciiTheme="majorHAnsi" w:hAnsiTheme="majorHAnsi" w:cstheme="majorHAnsi"/>
          <w:b/>
          <w:sz w:val="22"/>
          <w:lang w:val="de-DE"/>
        </w:rPr>
        <w:t>Die Einwilligung ist freiwillig und jederzeit mit Wirkung für die Zukunft widerrufbar.</w:t>
      </w:r>
      <w:r w:rsidRPr="00EF69C7">
        <w:rPr>
          <w:rFonts w:asciiTheme="majorHAnsi" w:hAnsiTheme="majorHAnsi" w:cstheme="majorHAnsi"/>
          <w:sz w:val="22"/>
          <w:lang w:val="de-DE"/>
        </w:rPr>
        <w:t xml:space="preserve"> Aus einer Nichterteilung oder einem Widerruf entstehen keine</w:t>
      </w:r>
      <w:r w:rsidRPr="00EF69C7">
        <w:rPr>
          <w:rFonts w:asciiTheme="majorHAnsi" w:hAnsiTheme="majorHAnsi" w:cstheme="majorHAnsi"/>
          <w:sz w:val="22"/>
          <w:lang w:val="de-DE"/>
        </w:rPr>
        <w:t xml:space="preserve"> Nachteile.</w:t>
      </w:r>
    </w:p>
    <w:p w:rsidR="00CC5A8D" w:rsidRPr="00EF69C7" w:rsidRDefault="000E55CD" w:rsidP="00EF69C7">
      <w:pPr>
        <w:spacing w:line="360" w:lineRule="auto"/>
        <w:jc w:val="both"/>
        <w:rPr>
          <w:rFonts w:asciiTheme="majorHAnsi" w:hAnsiTheme="majorHAnsi" w:cstheme="majorHAnsi"/>
          <w:sz w:val="22"/>
          <w:lang w:val="de-DE"/>
        </w:rPr>
      </w:pPr>
      <w:r w:rsidRPr="00EF69C7">
        <w:rPr>
          <w:rFonts w:asciiTheme="majorHAnsi" w:hAnsiTheme="majorHAnsi" w:cstheme="majorHAnsi"/>
          <w:sz w:val="22"/>
          <w:lang w:val="de-DE"/>
        </w:rPr>
        <w:t>Mir ist bekannt, dass Inhalte im Internet und in sozialen Netzwerken weltweit abrufbar, speicherbar und weiterverbreitbar sind. Eine vollständige Löschung bereits veröffentlichter oder von Dritten weiterverbreiteter Inhalte kann daher nicht gar</w:t>
      </w:r>
      <w:r w:rsidRPr="00EF69C7">
        <w:rPr>
          <w:rFonts w:asciiTheme="majorHAnsi" w:hAnsiTheme="majorHAnsi" w:cstheme="majorHAnsi"/>
          <w:sz w:val="22"/>
          <w:lang w:val="de-DE"/>
        </w:rPr>
        <w:t>antiert werden.</w:t>
      </w:r>
    </w:p>
    <w:p w:rsidR="00661020" w:rsidRDefault="00661020" w:rsidP="00EF69C7">
      <w:pPr>
        <w:spacing w:after="120" w:line="360" w:lineRule="auto"/>
        <w:jc w:val="both"/>
        <w:rPr>
          <w:rFonts w:asciiTheme="majorHAnsi" w:hAnsiTheme="majorHAnsi" w:cstheme="majorHAnsi"/>
          <w:b/>
          <w:sz w:val="22"/>
          <w:lang w:val="de-DE"/>
        </w:rPr>
      </w:pPr>
      <w:bookmarkStart w:id="0" w:name="_GoBack"/>
      <w:bookmarkEnd w:id="0"/>
    </w:p>
    <w:p w:rsidR="00661020" w:rsidRDefault="00661020" w:rsidP="00EF69C7">
      <w:pPr>
        <w:spacing w:after="120" w:line="360" w:lineRule="auto"/>
        <w:jc w:val="both"/>
        <w:rPr>
          <w:rFonts w:asciiTheme="majorHAnsi" w:hAnsiTheme="majorHAnsi" w:cstheme="majorHAnsi"/>
          <w:b/>
          <w:sz w:val="22"/>
          <w:lang w:val="de-DE"/>
        </w:rPr>
      </w:pPr>
    </w:p>
    <w:p w:rsidR="00CC5A8D" w:rsidRDefault="000E55CD" w:rsidP="00EF69C7">
      <w:pPr>
        <w:spacing w:after="120" w:line="360" w:lineRule="auto"/>
        <w:jc w:val="both"/>
        <w:rPr>
          <w:rFonts w:asciiTheme="majorHAnsi" w:hAnsiTheme="majorHAnsi" w:cstheme="majorHAnsi"/>
          <w:sz w:val="22"/>
          <w:lang w:val="de-DE"/>
        </w:rPr>
      </w:pPr>
      <w:r w:rsidRPr="00EF69C7">
        <w:rPr>
          <w:rFonts w:asciiTheme="majorHAnsi" w:hAnsiTheme="majorHAnsi" w:cstheme="majorHAnsi"/>
          <w:b/>
          <w:sz w:val="22"/>
          <w:lang w:val="de-DE"/>
        </w:rPr>
        <w:t>Widerruf/Kontakt:</w:t>
      </w:r>
      <w:r w:rsidRPr="00EF69C7">
        <w:rPr>
          <w:rFonts w:asciiTheme="majorHAnsi" w:hAnsiTheme="majorHAnsi" w:cstheme="majorHAnsi"/>
          <w:sz w:val="22"/>
          <w:lang w:val="de-DE"/>
        </w:rPr>
        <w:t xml:space="preserve"> an die Schulleitung über das Sekretariat</w:t>
      </w:r>
    </w:p>
    <w:p w:rsidR="00EF69C7" w:rsidRDefault="00EF69C7" w:rsidP="00EF69C7">
      <w:pPr>
        <w:spacing w:after="120" w:line="360" w:lineRule="auto"/>
        <w:jc w:val="both"/>
        <w:rPr>
          <w:rFonts w:asciiTheme="majorHAnsi" w:hAnsiTheme="majorHAnsi" w:cstheme="majorHAnsi"/>
          <w:sz w:val="22"/>
          <w:lang w:val="de-DE"/>
        </w:rPr>
      </w:pPr>
    </w:p>
    <w:p w:rsidR="00EF69C7" w:rsidRDefault="00EF69C7" w:rsidP="00EF69C7">
      <w:pPr>
        <w:spacing w:after="120" w:line="360" w:lineRule="auto"/>
        <w:jc w:val="both"/>
        <w:rPr>
          <w:rFonts w:asciiTheme="majorHAnsi" w:hAnsiTheme="majorHAnsi" w:cstheme="majorHAnsi"/>
          <w:sz w:val="22"/>
          <w:lang w:val="de-DE"/>
        </w:rPr>
      </w:pPr>
    </w:p>
    <w:p w:rsidR="00EF69C7" w:rsidRDefault="00EF69C7" w:rsidP="00EF69C7">
      <w:pPr>
        <w:spacing w:after="120" w:line="360" w:lineRule="auto"/>
        <w:jc w:val="both"/>
        <w:rPr>
          <w:rFonts w:asciiTheme="majorHAnsi" w:hAnsiTheme="majorHAnsi" w:cstheme="majorHAnsi"/>
          <w:sz w:val="22"/>
          <w:lang w:val="de-DE"/>
        </w:rPr>
      </w:pPr>
    </w:p>
    <w:p w:rsidR="00EF69C7" w:rsidRDefault="00EF69C7" w:rsidP="00EF69C7">
      <w:pPr>
        <w:spacing w:after="120" w:line="360" w:lineRule="auto"/>
        <w:jc w:val="both"/>
        <w:rPr>
          <w:rFonts w:asciiTheme="majorHAnsi" w:hAnsiTheme="majorHAnsi" w:cstheme="majorHAnsi"/>
          <w:sz w:val="22"/>
          <w:lang w:val="de-DE"/>
        </w:rPr>
      </w:pPr>
    </w:p>
    <w:p w:rsidR="00EF69C7" w:rsidRDefault="00EF69C7" w:rsidP="00EF69C7">
      <w:pPr>
        <w:spacing w:after="120" w:line="360" w:lineRule="auto"/>
        <w:jc w:val="both"/>
        <w:rPr>
          <w:rFonts w:asciiTheme="majorHAnsi" w:hAnsiTheme="majorHAnsi" w:cstheme="majorHAnsi"/>
          <w:sz w:val="22"/>
          <w:lang w:val="de-DE"/>
        </w:rPr>
      </w:pPr>
    </w:p>
    <w:p w:rsidR="00EF69C7" w:rsidRDefault="00EF69C7" w:rsidP="00EF69C7">
      <w:pPr>
        <w:spacing w:after="120" w:line="360" w:lineRule="auto"/>
        <w:jc w:val="both"/>
        <w:rPr>
          <w:rFonts w:asciiTheme="majorHAnsi" w:hAnsiTheme="majorHAnsi" w:cstheme="majorHAnsi"/>
          <w:sz w:val="22"/>
          <w:lang w:val="de-DE"/>
        </w:rPr>
      </w:pPr>
    </w:p>
    <w:p w:rsidR="00EF69C7" w:rsidRPr="00EF69C7" w:rsidRDefault="00EF69C7" w:rsidP="00EF69C7">
      <w:pPr>
        <w:spacing w:after="120" w:line="360" w:lineRule="auto"/>
        <w:jc w:val="both"/>
        <w:rPr>
          <w:rFonts w:asciiTheme="majorHAnsi" w:hAnsiTheme="majorHAnsi" w:cstheme="majorHAnsi"/>
          <w:sz w:val="22"/>
          <w:lang w:val="de-DE"/>
        </w:rPr>
      </w:pPr>
    </w:p>
    <w:p w:rsidR="00EF69C7" w:rsidRDefault="00EF69C7" w:rsidP="00EF69C7">
      <w:pPr>
        <w:spacing w:before="140" w:after="40" w:line="360" w:lineRule="auto"/>
        <w:jc w:val="both"/>
        <w:rPr>
          <w:rFonts w:asciiTheme="majorHAnsi" w:hAnsiTheme="majorHAnsi" w:cstheme="majorHAnsi"/>
          <w:b/>
          <w:sz w:val="22"/>
          <w:lang w:val="de-DE"/>
        </w:rPr>
      </w:pPr>
      <w:r>
        <w:rPr>
          <w:rFonts w:asciiTheme="majorHAnsi" w:hAnsiTheme="majorHAnsi" w:cstheme="majorHAnsi"/>
          <w:b/>
          <w:sz w:val="22"/>
          <w:lang w:val="de-DE"/>
        </w:rPr>
        <w:t xml:space="preserve">Name: </w:t>
      </w:r>
      <w:r w:rsidRPr="00EF69C7">
        <w:rPr>
          <w:rFonts w:asciiTheme="majorHAnsi" w:hAnsiTheme="majorHAnsi" w:cstheme="majorHAnsi"/>
          <w:sz w:val="22"/>
          <w:lang w:val="de-DE"/>
        </w:rPr>
        <w:t xml:space="preserve">(Vor-/und </w:t>
      </w:r>
      <w:proofErr w:type="gramStart"/>
      <w:r w:rsidRPr="00EF69C7">
        <w:rPr>
          <w:rFonts w:asciiTheme="majorHAnsi" w:hAnsiTheme="majorHAnsi" w:cstheme="majorHAnsi"/>
          <w:sz w:val="22"/>
          <w:lang w:val="de-DE"/>
        </w:rPr>
        <w:t>Nachname</w:t>
      </w:r>
      <w:r>
        <w:rPr>
          <w:rFonts w:asciiTheme="majorHAnsi" w:hAnsiTheme="majorHAnsi" w:cstheme="majorHAnsi"/>
          <w:sz w:val="22"/>
          <w:lang w:val="de-DE"/>
        </w:rPr>
        <w:t>)</w:t>
      </w:r>
      <w:r w:rsidRPr="00EF69C7">
        <w:rPr>
          <w:rFonts w:asciiTheme="majorHAnsi" w:hAnsiTheme="majorHAnsi" w:cstheme="majorHAnsi"/>
          <w:sz w:val="22"/>
          <w:lang w:val="de-DE"/>
        </w:rPr>
        <w:t xml:space="preserve">   </w:t>
      </w:r>
      <w:proofErr w:type="gramEnd"/>
      <w:r w:rsidRPr="00EF69C7">
        <w:rPr>
          <w:rFonts w:asciiTheme="majorHAnsi" w:hAnsiTheme="majorHAnsi" w:cstheme="majorHAnsi"/>
          <w:sz w:val="22"/>
          <w:lang w:val="de-DE"/>
        </w:rPr>
        <w:t xml:space="preserve">             ______________________________________________________</w:t>
      </w:r>
    </w:p>
    <w:p w:rsidR="00EF69C7" w:rsidRPr="00EF69C7" w:rsidRDefault="00EF69C7" w:rsidP="00EF69C7">
      <w:pPr>
        <w:spacing w:before="140" w:after="40" w:line="360" w:lineRule="auto"/>
        <w:jc w:val="both"/>
        <w:rPr>
          <w:rFonts w:asciiTheme="majorHAnsi" w:hAnsiTheme="majorHAnsi" w:cstheme="majorHAnsi"/>
          <w:sz w:val="22"/>
          <w:lang w:val="de-DE"/>
        </w:rPr>
      </w:pPr>
      <w:r>
        <w:rPr>
          <w:rFonts w:asciiTheme="majorHAnsi" w:hAnsiTheme="majorHAnsi" w:cstheme="majorHAnsi"/>
          <w:b/>
          <w:sz w:val="22"/>
          <w:lang w:val="de-DE"/>
        </w:rPr>
        <w:t xml:space="preserve">Klasse/Jahrgangsstufe (bei </w:t>
      </w:r>
      <w:proofErr w:type="spellStart"/>
      <w:r>
        <w:rPr>
          <w:rFonts w:asciiTheme="majorHAnsi" w:hAnsiTheme="majorHAnsi" w:cstheme="majorHAnsi"/>
          <w:b/>
          <w:sz w:val="22"/>
          <w:lang w:val="de-DE"/>
        </w:rPr>
        <w:t>SuS</w:t>
      </w:r>
      <w:proofErr w:type="spellEnd"/>
      <w:r>
        <w:rPr>
          <w:rFonts w:asciiTheme="majorHAnsi" w:hAnsiTheme="majorHAnsi" w:cstheme="majorHAnsi"/>
          <w:b/>
          <w:sz w:val="22"/>
          <w:lang w:val="de-DE"/>
        </w:rPr>
        <w:t>)</w:t>
      </w:r>
      <w:r>
        <w:rPr>
          <w:rFonts w:asciiTheme="majorHAnsi" w:hAnsiTheme="majorHAnsi" w:cstheme="majorHAnsi"/>
          <w:b/>
          <w:sz w:val="22"/>
          <w:lang w:val="de-DE"/>
        </w:rPr>
        <w:tab/>
      </w:r>
      <w:r w:rsidRPr="00EF69C7">
        <w:rPr>
          <w:rFonts w:asciiTheme="majorHAnsi" w:hAnsiTheme="majorHAnsi" w:cstheme="majorHAnsi"/>
          <w:sz w:val="22"/>
          <w:lang w:val="de-DE"/>
        </w:rPr>
        <w:t xml:space="preserve">          _______________________________________________________</w:t>
      </w:r>
    </w:p>
    <w:p w:rsidR="00EF69C7" w:rsidRDefault="00EF69C7" w:rsidP="00EF69C7">
      <w:pPr>
        <w:spacing w:before="140" w:after="40" w:line="360" w:lineRule="auto"/>
        <w:jc w:val="both"/>
        <w:rPr>
          <w:rFonts w:asciiTheme="majorHAnsi" w:hAnsiTheme="majorHAnsi" w:cstheme="majorHAnsi"/>
          <w:sz w:val="22"/>
          <w:lang w:val="de-DE"/>
        </w:rPr>
      </w:pPr>
    </w:p>
    <w:p w:rsidR="00CC5A8D" w:rsidRPr="00EF69C7" w:rsidRDefault="000E55CD" w:rsidP="00EF69C7">
      <w:pPr>
        <w:spacing w:before="140" w:after="40" w:line="360" w:lineRule="auto"/>
        <w:jc w:val="both"/>
        <w:rPr>
          <w:rFonts w:asciiTheme="majorHAnsi" w:hAnsiTheme="majorHAnsi" w:cstheme="majorHAnsi"/>
          <w:b/>
          <w:sz w:val="22"/>
          <w:lang w:val="de-DE"/>
        </w:rPr>
      </w:pPr>
      <w:r w:rsidRPr="00EF69C7">
        <w:rPr>
          <w:rFonts w:asciiTheme="majorHAnsi" w:hAnsiTheme="majorHAnsi" w:cstheme="majorHAnsi"/>
          <w:b/>
          <w:sz w:val="22"/>
          <w:lang w:val="de-DE"/>
        </w:rPr>
        <w:t>Schüler*in:</w:t>
      </w:r>
    </w:p>
    <w:p w:rsidR="00CC5A8D" w:rsidRPr="00EF69C7" w:rsidRDefault="000E55CD" w:rsidP="00EF69C7">
      <w:pPr>
        <w:spacing w:line="360" w:lineRule="auto"/>
        <w:jc w:val="both"/>
        <w:rPr>
          <w:rFonts w:asciiTheme="majorHAnsi" w:hAnsiTheme="majorHAnsi" w:cstheme="majorHAnsi"/>
          <w:sz w:val="22"/>
          <w:lang w:val="de-DE"/>
        </w:rPr>
      </w:pPr>
      <w:r w:rsidRPr="00EF69C7">
        <w:rPr>
          <w:rFonts w:asciiTheme="majorHAnsi" w:hAnsiTheme="majorHAnsi" w:cstheme="majorHAnsi"/>
          <w:sz w:val="22"/>
          <w:lang w:val="de-DE"/>
        </w:rPr>
        <w:t>Ich bin mit der oben beschriebenen Verwendung meiner Aufnahmen einverstanden.</w:t>
      </w:r>
    </w:p>
    <w:tbl>
      <w:tblPr>
        <w:tblW w:w="10424" w:type="dxa"/>
        <w:jc w:val="center"/>
        <w:tblLook w:val="04A0" w:firstRow="1" w:lastRow="0" w:firstColumn="1" w:lastColumn="0" w:noHBand="0" w:noVBand="1"/>
      </w:tblPr>
      <w:tblGrid>
        <w:gridCol w:w="2606"/>
        <w:gridCol w:w="2606"/>
        <w:gridCol w:w="2606"/>
        <w:gridCol w:w="2606"/>
      </w:tblGrid>
      <w:tr w:rsidR="00CC5A8D" w:rsidRPr="00EF69C7" w:rsidTr="00EF69C7">
        <w:trPr>
          <w:jc w:val="center"/>
        </w:trPr>
        <w:tc>
          <w:tcPr>
            <w:tcW w:w="2606" w:type="dxa"/>
            <w:vAlign w:val="bottom"/>
          </w:tcPr>
          <w:p w:rsidR="00CC5A8D" w:rsidRPr="00EF69C7" w:rsidRDefault="000E55CD" w:rsidP="00EF69C7">
            <w:pPr>
              <w:spacing w:line="360" w:lineRule="auto"/>
              <w:jc w:val="both"/>
              <w:rPr>
                <w:rFonts w:asciiTheme="majorHAnsi" w:hAnsiTheme="majorHAnsi" w:cstheme="majorHAnsi"/>
                <w:sz w:val="22"/>
              </w:rPr>
            </w:pPr>
            <w:r w:rsidRPr="00EF69C7">
              <w:rPr>
                <w:rFonts w:asciiTheme="majorHAnsi" w:hAnsiTheme="majorHAnsi" w:cstheme="majorHAnsi"/>
                <w:sz w:val="22"/>
              </w:rPr>
              <w:t>Ort, Datum:</w:t>
            </w:r>
          </w:p>
        </w:tc>
        <w:tc>
          <w:tcPr>
            <w:tcW w:w="2606" w:type="dxa"/>
            <w:tcBorders>
              <w:bottom w:val="single" w:sz="4" w:space="0" w:color="808080"/>
            </w:tcBorders>
            <w:vAlign w:val="bottom"/>
          </w:tcPr>
          <w:p w:rsidR="00CC5A8D" w:rsidRPr="00EF69C7" w:rsidRDefault="00CC5A8D" w:rsidP="00EF69C7">
            <w:pPr>
              <w:spacing w:line="360" w:lineRule="auto"/>
              <w:jc w:val="both"/>
              <w:rPr>
                <w:rFonts w:asciiTheme="majorHAnsi" w:hAnsiTheme="majorHAnsi" w:cstheme="majorHAnsi"/>
                <w:sz w:val="22"/>
              </w:rPr>
            </w:pPr>
          </w:p>
        </w:tc>
        <w:tc>
          <w:tcPr>
            <w:tcW w:w="2606" w:type="dxa"/>
            <w:vAlign w:val="bottom"/>
          </w:tcPr>
          <w:p w:rsidR="00CC5A8D" w:rsidRPr="00EF69C7" w:rsidRDefault="000E55CD" w:rsidP="00EF69C7">
            <w:pPr>
              <w:spacing w:line="360" w:lineRule="auto"/>
              <w:jc w:val="both"/>
              <w:rPr>
                <w:rFonts w:asciiTheme="majorHAnsi" w:hAnsiTheme="majorHAnsi" w:cstheme="majorHAnsi"/>
                <w:sz w:val="22"/>
              </w:rPr>
            </w:pPr>
            <w:r w:rsidRPr="00EF69C7">
              <w:rPr>
                <w:rFonts w:asciiTheme="majorHAnsi" w:hAnsiTheme="majorHAnsi" w:cstheme="majorHAnsi"/>
                <w:sz w:val="22"/>
              </w:rPr>
              <w:t>Unterschrift:</w:t>
            </w:r>
          </w:p>
        </w:tc>
        <w:tc>
          <w:tcPr>
            <w:tcW w:w="2606" w:type="dxa"/>
            <w:tcBorders>
              <w:bottom w:val="single" w:sz="4" w:space="0" w:color="808080"/>
            </w:tcBorders>
            <w:vAlign w:val="bottom"/>
          </w:tcPr>
          <w:p w:rsidR="00CC5A8D" w:rsidRPr="00EF69C7" w:rsidRDefault="00CC5A8D" w:rsidP="00EF69C7">
            <w:pPr>
              <w:spacing w:line="360" w:lineRule="auto"/>
              <w:jc w:val="both"/>
              <w:rPr>
                <w:rFonts w:asciiTheme="majorHAnsi" w:hAnsiTheme="majorHAnsi" w:cstheme="majorHAnsi"/>
                <w:sz w:val="22"/>
              </w:rPr>
            </w:pPr>
          </w:p>
        </w:tc>
      </w:tr>
    </w:tbl>
    <w:p w:rsidR="00EF69C7" w:rsidRDefault="00EF69C7" w:rsidP="00EF69C7">
      <w:pPr>
        <w:spacing w:before="140" w:after="40" w:line="360" w:lineRule="auto"/>
        <w:jc w:val="both"/>
        <w:rPr>
          <w:rFonts w:asciiTheme="majorHAnsi" w:hAnsiTheme="majorHAnsi" w:cstheme="majorHAnsi"/>
          <w:b/>
          <w:sz w:val="22"/>
        </w:rPr>
      </w:pPr>
    </w:p>
    <w:p w:rsidR="00CC5A8D" w:rsidRPr="00EF69C7" w:rsidRDefault="000E55CD" w:rsidP="00EF69C7">
      <w:pPr>
        <w:spacing w:before="140" w:after="40" w:line="360" w:lineRule="auto"/>
        <w:jc w:val="both"/>
        <w:rPr>
          <w:rFonts w:asciiTheme="majorHAnsi" w:hAnsiTheme="majorHAnsi" w:cstheme="majorHAnsi"/>
          <w:sz w:val="22"/>
        </w:rPr>
      </w:pPr>
      <w:proofErr w:type="spellStart"/>
      <w:r w:rsidRPr="00EF69C7">
        <w:rPr>
          <w:rFonts w:asciiTheme="majorHAnsi" w:hAnsiTheme="majorHAnsi" w:cstheme="majorHAnsi"/>
          <w:b/>
          <w:sz w:val="22"/>
        </w:rPr>
        <w:t>Erziehungsberechtigte</w:t>
      </w:r>
      <w:proofErr w:type="spellEnd"/>
      <w:r w:rsidRPr="00EF69C7">
        <w:rPr>
          <w:rFonts w:asciiTheme="majorHAnsi" w:hAnsiTheme="majorHAnsi" w:cstheme="majorHAnsi"/>
          <w:b/>
          <w:sz w:val="22"/>
        </w:rPr>
        <w:t>*r:</w:t>
      </w:r>
    </w:p>
    <w:p w:rsidR="00CC5A8D" w:rsidRPr="00EF69C7" w:rsidRDefault="000E55CD" w:rsidP="00EF69C7">
      <w:pPr>
        <w:spacing w:line="360" w:lineRule="auto"/>
        <w:jc w:val="both"/>
        <w:rPr>
          <w:rFonts w:asciiTheme="majorHAnsi" w:hAnsiTheme="majorHAnsi" w:cstheme="majorHAnsi"/>
          <w:sz w:val="22"/>
          <w:lang w:val="de-DE"/>
        </w:rPr>
      </w:pPr>
      <w:r w:rsidRPr="00EF69C7">
        <w:rPr>
          <w:rFonts w:asciiTheme="majorHAnsi" w:hAnsiTheme="majorHAnsi" w:cstheme="majorHAnsi"/>
          <w:sz w:val="22"/>
          <w:lang w:val="de-DE"/>
        </w:rPr>
        <w:t>Ich bin mit der oben beschriebenen Verwendung der Aufnahmen meines Kindes einverstanden.</w:t>
      </w:r>
    </w:p>
    <w:tbl>
      <w:tblPr>
        <w:tblW w:w="10424" w:type="dxa"/>
        <w:jc w:val="center"/>
        <w:tblLook w:val="04A0" w:firstRow="1" w:lastRow="0" w:firstColumn="1" w:lastColumn="0" w:noHBand="0" w:noVBand="1"/>
      </w:tblPr>
      <w:tblGrid>
        <w:gridCol w:w="2606"/>
        <w:gridCol w:w="2606"/>
        <w:gridCol w:w="2606"/>
        <w:gridCol w:w="2606"/>
      </w:tblGrid>
      <w:tr w:rsidR="00CC5A8D" w:rsidRPr="00EF69C7" w:rsidTr="00EF69C7">
        <w:trPr>
          <w:jc w:val="center"/>
        </w:trPr>
        <w:tc>
          <w:tcPr>
            <w:tcW w:w="2606" w:type="dxa"/>
            <w:vAlign w:val="bottom"/>
          </w:tcPr>
          <w:p w:rsidR="00CC5A8D" w:rsidRPr="00EF69C7" w:rsidRDefault="000E55CD" w:rsidP="00EF69C7">
            <w:pPr>
              <w:spacing w:line="360" w:lineRule="auto"/>
              <w:jc w:val="both"/>
              <w:rPr>
                <w:rFonts w:asciiTheme="majorHAnsi" w:hAnsiTheme="majorHAnsi" w:cstheme="majorHAnsi"/>
                <w:sz w:val="22"/>
              </w:rPr>
            </w:pPr>
            <w:r w:rsidRPr="00EF69C7">
              <w:rPr>
                <w:rFonts w:asciiTheme="majorHAnsi" w:hAnsiTheme="majorHAnsi" w:cstheme="majorHAnsi"/>
                <w:sz w:val="22"/>
              </w:rPr>
              <w:t>Ort, Datum:</w:t>
            </w:r>
          </w:p>
        </w:tc>
        <w:tc>
          <w:tcPr>
            <w:tcW w:w="2606" w:type="dxa"/>
            <w:tcBorders>
              <w:bottom w:val="single" w:sz="4" w:space="0" w:color="808080"/>
            </w:tcBorders>
            <w:vAlign w:val="bottom"/>
          </w:tcPr>
          <w:p w:rsidR="00CC5A8D" w:rsidRPr="00EF69C7" w:rsidRDefault="00CC5A8D" w:rsidP="00EF69C7">
            <w:pPr>
              <w:spacing w:line="360" w:lineRule="auto"/>
              <w:jc w:val="both"/>
              <w:rPr>
                <w:rFonts w:asciiTheme="majorHAnsi" w:hAnsiTheme="majorHAnsi" w:cstheme="majorHAnsi"/>
                <w:sz w:val="22"/>
              </w:rPr>
            </w:pPr>
          </w:p>
        </w:tc>
        <w:tc>
          <w:tcPr>
            <w:tcW w:w="2606" w:type="dxa"/>
            <w:vAlign w:val="bottom"/>
          </w:tcPr>
          <w:p w:rsidR="00CC5A8D" w:rsidRPr="00EF69C7" w:rsidRDefault="000E55CD" w:rsidP="00EF69C7">
            <w:pPr>
              <w:spacing w:line="360" w:lineRule="auto"/>
              <w:jc w:val="both"/>
              <w:rPr>
                <w:rFonts w:asciiTheme="majorHAnsi" w:hAnsiTheme="majorHAnsi" w:cstheme="majorHAnsi"/>
                <w:sz w:val="22"/>
              </w:rPr>
            </w:pPr>
            <w:r w:rsidRPr="00EF69C7">
              <w:rPr>
                <w:rFonts w:asciiTheme="majorHAnsi" w:hAnsiTheme="majorHAnsi" w:cstheme="majorHAnsi"/>
                <w:sz w:val="22"/>
              </w:rPr>
              <w:t>Unterschrift:</w:t>
            </w:r>
          </w:p>
        </w:tc>
        <w:tc>
          <w:tcPr>
            <w:tcW w:w="2606" w:type="dxa"/>
            <w:tcBorders>
              <w:bottom w:val="single" w:sz="4" w:space="0" w:color="808080"/>
            </w:tcBorders>
            <w:vAlign w:val="bottom"/>
          </w:tcPr>
          <w:p w:rsidR="00CC5A8D" w:rsidRPr="00EF69C7" w:rsidRDefault="00CC5A8D" w:rsidP="00EF69C7">
            <w:pPr>
              <w:spacing w:line="360" w:lineRule="auto"/>
              <w:jc w:val="both"/>
              <w:rPr>
                <w:rFonts w:asciiTheme="majorHAnsi" w:hAnsiTheme="majorHAnsi" w:cstheme="majorHAnsi"/>
                <w:sz w:val="22"/>
              </w:rPr>
            </w:pPr>
          </w:p>
        </w:tc>
      </w:tr>
    </w:tbl>
    <w:p w:rsidR="00EF69C7" w:rsidRDefault="00EF69C7" w:rsidP="00EF69C7">
      <w:pPr>
        <w:spacing w:before="140" w:after="40" w:line="360" w:lineRule="auto"/>
        <w:jc w:val="both"/>
        <w:rPr>
          <w:rFonts w:asciiTheme="majorHAnsi" w:hAnsiTheme="majorHAnsi" w:cstheme="majorHAnsi"/>
          <w:b/>
          <w:sz w:val="22"/>
          <w:lang w:val="de-DE"/>
        </w:rPr>
      </w:pPr>
    </w:p>
    <w:p w:rsidR="00CC5A8D" w:rsidRPr="00EF69C7" w:rsidRDefault="000E55CD" w:rsidP="00EF69C7">
      <w:pPr>
        <w:spacing w:before="140" w:after="40" w:line="360" w:lineRule="auto"/>
        <w:jc w:val="both"/>
        <w:rPr>
          <w:rFonts w:asciiTheme="majorHAnsi" w:hAnsiTheme="majorHAnsi" w:cstheme="majorHAnsi"/>
          <w:sz w:val="22"/>
          <w:lang w:val="de-DE"/>
        </w:rPr>
      </w:pPr>
      <w:r w:rsidRPr="00EF69C7">
        <w:rPr>
          <w:rFonts w:asciiTheme="majorHAnsi" w:hAnsiTheme="majorHAnsi" w:cstheme="majorHAnsi"/>
          <w:b/>
          <w:sz w:val="22"/>
          <w:lang w:val="de-DE"/>
        </w:rPr>
        <w:t>Volljährige Schüler*innen / Kolleg*innen / weitere Mitwirkende:</w:t>
      </w:r>
    </w:p>
    <w:p w:rsidR="00CC5A8D" w:rsidRPr="00EF69C7" w:rsidRDefault="000E55CD" w:rsidP="00EF69C7">
      <w:pPr>
        <w:spacing w:line="360" w:lineRule="auto"/>
        <w:jc w:val="both"/>
        <w:rPr>
          <w:rFonts w:asciiTheme="majorHAnsi" w:hAnsiTheme="majorHAnsi" w:cstheme="majorHAnsi"/>
          <w:sz w:val="22"/>
          <w:lang w:val="de-DE"/>
        </w:rPr>
      </w:pPr>
      <w:r w:rsidRPr="00EF69C7">
        <w:rPr>
          <w:rFonts w:asciiTheme="majorHAnsi" w:hAnsiTheme="majorHAnsi" w:cstheme="majorHAnsi"/>
          <w:sz w:val="22"/>
          <w:lang w:val="de-DE"/>
        </w:rPr>
        <w:t>Ich bin mit der oben beschriebenen Verwendung mei</w:t>
      </w:r>
      <w:r w:rsidRPr="00EF69C7">
        <w:rPr>
          <w:rFonts w:asciiTheme="majorHAnsi" w:hAnsiTheme="majorHAnsi" w:cstheme="majorHAnsi"/>
          <w:sz w:val="22"/>
          <w:lang w:val="de-DE"/>
        </w:rPr>
        <w:t>ner Aufnahmen einverstanden.</w:t>
      </w:r>
    </w:p>
    <w:tbl>
      <w:tblPr>
        <w:tblW w:w="10424" w:type="dxa"/>
        <w:jc w:val="center"/>
        <w:tblLook w:val="04A0" w:firstRow="1" w:lastRow="0" w:firstColumn="1" w:lastColumn="0" w:noHBand="0" w:noVBand="1"/>
      </w:tblPr>
      <w:tblGrid>
        <w:gridCol w:w="2606"/>
        <w:gridCol w:w="2606"/>
        <w:gridCol w:w="2606"/>
        <w:gridCol w:w="2606"/>
      </w:tblGrid>
      <w:tr w:rsidR="00CC5A8D" w:rsidRPr="00EF69C7" w:rsidTr="00EF69C7">
        <w:trPr>
          <w:jc w:val="center"/>
        </w:trPr>
        <w:tc>
          <w:tcPr>
            <w:tcW w:w="2606" w:type="dxa"/>
            <w:vAlign w:val="bottom"/>
          </w:tcPr>
          <w:p w:rsidR="00CC5A8D" w:rsidRPr="00EF69C7" w:rsidRDefault="000E55CD" w:rsidP="00EF69C7">
            <w:pPr>
              <w:spacing w:line="360" w:lineRule="auto"/>
              <w:jc w:val="both"/>
              <w:rPr>
                <w:rFonts w:asciiTheme="majorHAnsi" w:hAnsiTheme="majorHAnsi" w:cstheme="majorHAnsi"/>
                <w:sz w:val="22"/>
              </w:rPr>
            </w:pPr>
            <w:r w:rsidRPr="00EF69C7">
              <w:rPr>
                <w:rFonts w:asciiTheme="majorHAnsi" w:hAnsiTheme="majorHAnsi" w:cstheme="majorHAnsi"/>
                <w:sz w:val="22"/>
              </w:rPr>
              <w:t>Ort, Datum:</w:t>
            </w:r>
          </w:p>
        </w:tc>
        <w:tc>
          <w:tcPr>
            <w:tcW w:w="2606" w:type="dxa"/>
            <w:tcBorders>
              <w:bottom w:val="single" w:sz="4" w:space="0" w:color="808080"/>
            </w:tcBorders>
            <w:vAlign w:val="bottom"/>
          </w:tcPr>
          <w:p w:rsidR="00CC5A8D" w:rsidRPr="00EF69C7" w:rsidRDefault="00CC5A8D" w:rsidP="00EF69C7">
            <w:pPr>
              <w:spacing w:line="360" w:lineRule="auto"/>
              <w:jc w:val="both"/>
              <w:rPr>
                <w:rFonts w:asciiTheme="majorHAnsi" w:hAnsiTheme="majorHAnsi" w:cstheme="majorHAnsi"/>
                <w:sz w:val="22"/>
              </w:rPr>
            </w:pPr>
          </w:p>
        </w:tc>
        <w:tc>
          <w:tcPr>
            <w:tcW w:w="2606" w:type="dxa"/>
            <w:vAlign w:val="bottom"/>
          </w:tcPr>
          <w:p w:rsidR="00CC5A8D" w:rsidRPr="00EF69C7" w:rsidRDefault="000E55CD" w:rsidP="00EF69C7">
            <w:pPr>
              <w:spacing w:line="360" w:lineRule="auto"/>
              <w:jc w:val="both"/>
              <w:rPr>
                <w:rFonts w:asciiTheme="majorHAnsi" w:hAnsiTheme="majorHAnsi" w:cstheme="majorHAnsi"/>
                <w:sz w:val="22"/>
              </w:rPr>
            </w:pPr>
            <w:r w:rsidRPr="00EF69C7">
              <w:rPr>
                <w:rFonts w:asciiTheme="majorHAnsi" w:hAnsiTheme="majorHAnsi" w:cstheme="majorHAnsi"/>
                <w:sz w:val="22"/>
              </w:rPr>
              <w:t>Unterschrift:</w:t>
            </w:r>
          </w:p>
        </w:tc>
        <w:tc>
          <w:tcPr>
            <w:tcW w:w="2606" w:type="dxa"/>
            <w:tcBorders>
              <w:bottom w:val="single" w:sz="4" w:space="0" w:color="808080"/>
            </w:tcBorders>
            <w:vAlign w:val="bottom"/>
          </w:tcPr>
          <w:p w:rsidR="00CC5A8D" w:rsidRPr="00EF69C7" w:rsidRDefault="00CC5A8D" w:rsidP="00EF69C7">
            <w:pPr>
              <w:spacing w:line="360" w:lineRule="auto"/>
              <w:jc w:val="both"/>
              <w:rPr>
                <w:rFonts w:asciiTheme="majorHAnsi" w:hAnsiTheme="majorHAnsi" w:cstheme="majorHAnsi"/>
                <w:sz w:val="22"/>
              </w:rPr>
            </w:pPr>
          </w:p>
        </w:tc>
      </w:tr>
    </w:tbl>
    <w:p w:rsidR="00CC5A8D" w:rsidRPr="00EF69C7" w:rsidRDefault="00CC5A8D" w:rsidP="00EF69C7">
      <w:pPr>
        <w:spacing w:before="80" w:after="0" w:line="360" w:lineRule="auto"/>
        <w:jc w:val="both"/>
        <w:rPr>
          <w:rFonts w:asciiTheme="majorHAnsi" w:hAnsiTheme="majorHAnsi" w:cstheme="majorHAnsi"/>
          <w:sz w:val="22"/>
        </w:rPr>
      </w:pPr>
    </w:p>
    <w:tbl>
      <w:tblPr>
        <w:tblW w:w="10426" w:type="dxa"/>
        <w:jc w:val="center"/>
        <w:tblLook w:val="04A0" w:firstRow="1" w:lastRow="0" w:firstColumn="1" w:lastColumn="0" w:noHBand="0" w:noVBand="1"/>
      </w:tblPr>
      <w:tblGrid>
        <w:gridCol w:w="5213"/>
        <w:gridCol w:w="5213"/>
      </w:tblGrid>
      <w:tr w:rsidR="00CC5A8D" w:rsidRPr="00EF69C7" w:rsidTr="00EF69C7">
        <w:trPr>
          <w:jc w:val="center"/>
        </w:trPr>
        <w:tc>
          <w:tcPr>
            <w:tcW w:w="5213" w:type="dxa"/>
          </w:tcPr>
          <w:p w:rsidR="00EF69C7" w:rsidRDefault="00EF69C7" w:rsidP="00EF69C7">
            <w:pPr>
              <w:spacing w:line="360" w:lineRule="auto"/>
              <w:jc w:val="both"/>
              <w:rPr>
                <w:rFonts w:asciiTheme="majorHAnsi" w:hAnsiTheme="majorHAnsi" w:cstheme="majorHAnsi"/>
                <w:b/>
                <w:sz w:val="22"/>
              </w:rPr>
            </w:pPr>
          </w:p>
          <w:p w:rsidR="00EF69C7" w:rsidRDefault="00EF69C7" w:rsidP="00EF69C7">
            <w:pPr>
              <w:spacing w:line="360" w:lineRule="auto"/>
              <w:jc w:val="both"/>
              <w:rPr>
                <w:rFonts w:asciiTheme="majorHAnsi" w:hAnsiTheme="majorHAnsi" w:cstheme="majorHAnsi"/>
                <w:b/>
                <w:sz w:val="22"/>
              </w:rPr>
            </w:pPr>
          </w:p>
          <w:p w:rsidR="00EF69C7" w:rsidRDefault="00EF69C7" w:rsidP="00EF69C7">
            <w:pPr>
              <w:spacing w:line="360" w:lineRule="auto"/>
              <w:jc w:val="both"/>
              <w:rPr>
                <w:rFonts w:asciiTheme="majorHAnsi" w:hAnsiTheme="majorHAnsi" w:cstheme="majorHAnsi"/>
                <w:b/>
                <w:sz w:val="22"/>
              </w:rPr>
            </w:pPr>
          </w:p>
          <w:p w:rsidR="00CC5A8D" w:rsidRPr="00EF69C7" w:rsidRDefault="000E55CD" w:rsidP="00EF69C7">
            <w:pPr>
              <w:spacing w:line="360" w:lineRule="auto"/>
              <w:jc w:val="both"/>
              <w:rPr>
                <w:rFonts w:asciiTheme="majorHAnsi" w:hAnsiTheme="majorHAnsi" w:cstheme="majorHAnsi"/>
                <w:sz w:val="22"/>
              </w:rPr>
            </w:pPr>
            <w:proofErr w:type="spellStart"/>
            <w:r w:rsidRPr="00EF69C7">
              <w:rPr>
                <w:rFonts w:asciiTheme="majorHAnsi" w:hAnsiTheme="majorHAnsi" w:cstheme="majorHAnsi"/>
                <w:b/>
                <w:sz w:val="22"/>
              </w:rPr>
              <w:t>Verantwortliche</w:t>
            </w:r>
            <w:proofErr w:type="spellEnd"/>
            <w:r w:rsidRPr="00EF69C7">
              <w:rPr>
                <w:rFonts w:asciiTheme="majorHAnsi" w:hAnsiTheme="majorHAnsi" w:cstheme="majorHAnsi"/>
                <w:b/>
                <w:sz w:val="22"/>
              </w:rPr>
              <w:t xml:space="preserve"> </w:t>
            </w:r>
            <w:proofErr w:type="spellStart"/>
            <w:r w:rsidRPr="00EF69C7">
              <w:rPr>
                <w:rFonts w:asciiTheme="majorHAnsi" w:hAnsiTheme="majorHAnsi" w:cstheme="majorHAnsi"/>
                <w:b/>
                <w:sz w:val="22"/>
              </w:rPr>
              <w:t>Stelle</w:t>
            </w:r>
            <w:proofErr w:type="spellEnd"/>
            <w:r w:rsidRPr="00EF69C7">
              <w:rPr>
                <w:rFonts w:asciiTheme="majorHAnsi" w:hAnsiTheme="majorHAnsi" w:cstheme="majorHAnsi"/>
                <w:b/>
                <w:sz w:val="22"/>
              </w:rPr>
              <w:t>:</w:t>
            </w:r>
          </w:p>
        </w:tc>
        <w:tc>
          <w:tcPr>
            <w:tcW w:w="5213" w:type="dxa"/>
            <w:tcBorders>
              <w:bottom w:val="single" w:sz="4" w:space="0" w:color="808080"/>
            </w:tcBorders>
          </w:tcPr>
          <w:p w:rsidR="00CC5A8D" w:rsidRPr="00EF69C7" w:rsidRDefault="00CC5A8D" w:rsidP="00EF69C7">
            <w:pPr>
              <w:spacing w:line="360" w:lineRule="auto"/>
              <w:jc w:val="both"/>
              <w:rPr>
                <w:rFonts w:asciiTheme="majorHAnsi" w:hAnsiTheme="majorHAnsi" w:cstheme="majorHAnsi"/>
                <w:sz w:val="22"/>
              </w:rPr>
            </w:pPr>
          </w:p>
        </w:tc>
      </w:tr>
      <w:tr w:rsidR="00CC5A8D" w:rsidRPr="00EF69C7" w:rsidTr="00EF69C7">
        <w:trPr>
          <w:trHeight w:val="510"/>
          <w:jc w:val="center"/>
        </w:trPr>
        <w:tc>
          <w:tcPr>
            <w:tcW w:w="5213" w:type="dxa"/>
          </w:tcPr>
          <w:p w:rsidR="00CC5A8D" w:rsidRPr="00EF69C7" w:rsidRDefault="000E55CD" w:rsidP="00EF69C7">
            <w:pPr>
              <w:spacing w:line="360" w:lineRule="auto"/>
              <w:jc w:val="both"/>
              <w:rPr>
                <w:rFonts w:asciiTheme="majorHAnsi" w:hAnsiTheme="majorHAnsi" w:cstheme="majorHAnsi"/>
                <w:sz w:val="22"/>
              </w:rPr>
            </w:pPr>
            <w:r w:rsidRPr="00EF69C7">
              <w:rPr>
                <w:rFonts w:asciiTheme="majorHAnsi" w:hAnsiTheme="majorHAnsi" w:cstheme="majorHAnsi"/>
                <w:b/>
                <w:sz w:val="22"/>
              </w:rPr>
              <w:t>Schulstempel:</w:t>
            </w:r>
          </w:p>
        </w:tc>
        <w:tc>
          <w:tcPr>
            <w:tcW w:w="5213" w:type="dxa"/>
          </w:tcPr>
          <w:p w:rsidR="00CC5A8D" w:rsidRPr="00EF69C7" w:rsidRDefault="00CC5A8D" w:rsidP="00EF69C7">
            <w:pPr>
              <w:spacing w:line="360" w:lineRule="auto"/>
              <w:jc w:val="both"/>
              <w:rPr>
                <w:rFonts w:asciiTheme="majorHAnsi" w:hAnsiTheme="majorHAnsi" w:cstheme="majorHAnsi"/>
                <w:sz w:val="22"/>
              </w:rPr>
            </w:pPr>
          </w:p>
        </w:tc>
      </w:tr>
      <w:tr w:rsidR="00CC5A8D" w:rsidRPr="00EF69C7" w:rsidTr="00EF69C7">
        <w:trPr>
          <w:jc w:val="center"/>
        </w:trPr>
        <w:tc>
          <w:tcPr>
            <w:tcW w:w="5213" w:type="dxa"/>
          </w:tcPr>
          <w:p w:rsidR="00CC5A8D" w:rsidRPr="00EF69C7" w:rsidRDefault="000E55CD" w:rsidP="00EF69C7">
            <w:pPr>
              <w:spacing w:line="360" w:lineRule="auto"/>
              <w:jc w:val="both"/>
              <w:rPr>
                <w:rFonts w:asciiTheme="majorHAnsi" w:hAnsiTheme="majorHAnsi" w:cstheme="majorHAnsi"/>
                <w:sz w:val="22"/>
              </w:rPr>
            </w:pPr>
            <w:r w:rsidRPr="00EF69C7">
              <w:rPr>
                <w:rFonts w:asciiTheme="majorHAnsi" w:hAnsiTheme="majorHAnsi" w:cstheme="majorHAnsi"/>
                <w:b/>
                <w:sz w:val="22"/>
              </w:rPr>
              <w:lastRenderedPageBreak/>
              <w:t>Unterschrift Schulleitung:</w:t>
            </w:r>
          </w:p>
        </w:tc>
        <w:tc>
          <w:tcPr>
            <w:tcW w:w="5213" w:type="dxa"/>
            <w:tcBorders>
              <w:bottom w:val="single" w:sz="4" w:space="0" w:color="808080"/>
            </w:tcBorders>
          </w:tcPr>
          <w:p w:rsidR="00CC5A8D" w:rsidRPr="00EF69C7" w:rsidRDefault="00CC5A8D" w:rsidP="00EF69C7">
            <w:pPr>
              <w:spacing w:line="360" w:lineRule="auto"/>
              <w:jc w:val="both"/>
              <w:rPr>
                <w:rFonts w:asciiTheme="majorHAnsi" w:hAnsiTheme="majorHAnsi" w:cstheme="majorHAnsi"/>
                <w:sz w:val="22"/>
              </w:rPr>
            </w:pPr>
          </w:p>
        </w:tc>
      </w:tr>
    </w:tbl>
    <w:p w:rsidR="000E55CD" w:rsidRPr="00EF69C7" w:rsidRDefault="000E55CD" w:rsidP="00EF69C7">
      <w:pPr>
        <w:spacing w:line="360" w:lineRule="auto"/>
        <w:jc w:val="both"/>
        <w:rPr>
          <w:rFonts w:asciiTheme="majorHAnsi" w:hAnsiTheme="majorHAnsi" w:cstheme="majorHAnsi"/>
          <w:sz w:val="22"/>
        </w:rPr>
      </w:pPr>
    </w:p>
    <w:sectPr w:rsidR="000E55CD" w:rsidRPr="00EF69C7" w:rsidSect="00EF69C7">
      <w:headerReference w:type="default" r:id="rId8"/>
      <w:pgSz w:w="12240" w:h="15840"/>
      <w:pgMar w:top="1417" w:right="1417" w:bottom="113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55CD" w:rsidRDefault="000E55CD" w:rsidP="00EF69C7">
      <w:pPr>
        <w:spacing w:after="0" w:line="240" w:lineRule="auto"/>
      </w:pPr>
      <w:r>
        <w:separator/>
      </w:r>
    </w:p>
  </w:endnote>
  <w:endnote w:type="continuationSeparator" w:id="0">
    <w:p w:rsidR="000E55CD" w:rsidRDefault="000E55CD" w:rsidP="00EF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00000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55CD" w:rsidRDefault="000E55CD" w:rsidP="00EF69C7">
      <w:pPr>
        <w:spacing w:after="0" w:line="240" w:lineRule="auto"/>
      </w:pPr>
      <w:r>
        <w:separator/>
      </w:r>
    </w:p>
  </w:footnote>
  <w:footnote w:type="continuationSeparator" w:id="0">
    <w:p w:rsidR="000E55CD" w:rsidRDefault="000E55CD" w:rsidP="00EF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69C7" w:rsidRPr="00EF69C7" w:rsidRDefault="00EF69C7" w:rsidP="00EF69C7">
    <w:pPr>
      <w:spacing w:after="20"/>
      <w:jc w:val="center"/>
      <w:rPr>
        <w:rFonts w:asciiTheme="majorHAnsi" w:hAnsiTheme="majorHAnsi" w:cstheme="majorHAnsi"/>
        <w:sz w:val="24"/>
        <w:szCs w:val="24"/>
        <w:lang w:val="de-DE"/>
      </w:rPr>
    </w:pPr>
    <w:r>
      <w:rPr>
        <w:rFonts w:asciiTheme="majorHAnsi" w:hAnsiTheme="majorHAnsi" w:cstheme="majorHAnsi"/>
        <w:b/>
        <w:noProof/>
        <w:sz w:val="24"/>
        <w:szCs w:val="24"/>
        <w:lang w:val="de-DE"/>
      </w:rPr>
      <mc:AlternateContent>
        <mc:Choice Requires="wps">
          <w:drawing>
            <wp:anchor distT="0" distB="0" distL="114300" distR="114300" simplePos="0" relativeHeight="251659264" behindDoc="0" locked="0" layoutInCell="1" allowOverlap="1">
              <wp:simplePos x="0" y="0"/>
              <wp:positionH relativeFrom="column">
                <wp:posOffset>-741175</wp:posOffset>
              </wp:positionH>
              <wp:positionV relativeFrom="paragraph">
                <wp:posOffset>-335902</wp:posOffset>
              </wp:positionV>
              <wp:extent cx="886409" cy="755780"/>
              <wp:effectExtent l="0" t="0" r="15875" b="19050"/>
              <wp:wrapNone/>
              <wp:docPr id="4" name="Textfeld 4"/>
              <wp:cNvGraphicFramePr/>
              <a:graphic xmlns:a="http://schemas.openxmlformats.org/drawingml/2006/main">
                <a:graphicData uri="http://schemas.microsoft.com/office/word/2010/wordprocessingShape">
                  <wps:wsp>
                    <wps:cNvSpPr txBox="1"/>
                    <wps:spPr>
                      <a:xfrm>
                        <a:off x="0" y="0"/>
                        <a:ext cx="886409" cy="755780"/>
                      </a:xfrm>
                      <a:prstGeom prst="rect">
                        <a:avLst/>
                      </a:prstGeom>
                      <a:solidFill>
                        <a:schemeClr val="lt1"/>
                      </a:solidFill>
                      <a:ln w="6350">
                        <a:solidFill>
                          <a:prstClr val="black"/>
                        </a:solidFill>
                      </a:ln>
                    </wps:spPr>
                    <wps:txbx>
                      <w:txbxContent>
                        <w:p w:rsidR="00EF69C7" w:rsidRDefault="00EF69C7">
                          <w:r>
                            <w:rPr>
                              <w:rFonts w:asciiTheme="majorHAnsi" w:hAnsiTheme="majorHAnsi" w:cstheme="majorHAnsi"/>
                              <w:b/>
                              <w:noProof/>
                              <w:sz w:val="24"/>
                              <w:szCs w:val="24"/>
                              <w:lang w:val="de-DE"/>
                            </w:rPr>
                            <w:drawing>
                              <wp:inline distT="0" distB="0" distL="0" distR="0" wp14:anchorId="1756BD3D" wp14:editId="75A67D69">
                                <wp:extent cx="696595" cy="691199"/>
                                <wp:effectExtent l="0" t="0" r="190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schirmfoto 2026-08-21 um 09.01.03.png"/>
                                        <pic:cNvPicPr/>
                                      </pic:nvPicPr>
                                      <pic:blipFill>
                                        <a:blip r:embed="rId1"/>
                                        <a:stretch>
                                          <a:fillRect/>
                                        </a:stretch>
                                      </pic:blipFill>
                                      <pic:spPr>
                                        <a:xfrm>
                                          <a:off x="0" y="0"/>
                                          <a:ext cx="696595" cy="6911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feld 4" o:spid="_x0000_s1026" type="#_x0000_t202" style="position:absolute;left:0;text-align:left;margin-left:-58.35pt;margin-top:-26.45pt;width:69.8pt;height:5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" fillcolor="white [3201]" strokeweight=".5pt">
              <v:textbox>
                <w:txbxContent>
                  <w:p w:rsidR="00EF69C7" w:rsidRDefault="00EF69C7">
                    <w:r>
                      <w:rPr>
                        <w:rFonts w:asciiTheme="majorHAnsi" w:hAnsiTheme="majorHAnsi" w:cstheme="majorHAnsi"/>
                        <w:b/>
                        <w:noProof/>
                        <w:sz w:val="24"/>
                        <w:szCs w:val="24"/>
                        <w:lang w:val="de-DE"/>
                      </w:rPr>
                      <w:drawing>
                        <wp:inline distT="0" distB="0" distL="0" distR="0" wp14:anchorId="1756BD3D" wp14:editId="75A67D69">
                          <wp:extent cx="696595" cy="691199"/>
                          <wp:effectExtent l="0" t="0" r="190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schirmfoto 2026-08-21 um 09.01.03.png"/>
                                  <pic:cNvPicPr/>
                                </pic:nvPicPr>
                                <pic:blipFill>
                                  <a:blip r:embed="rId1"/>
                                  <a:stretch>
                                    <a:fillRect/>
                                  </a:stretch>
                                </pic:blipFill>
                                <pic:spPr>
                                  <a:xfrm>
                                    <a:off x="0" y="0"/>
                                    <a:ext cx="696595" cy="691199"/>
                                  </a:xfrm>
                                  <a:prstGeom prst="rect">
                                    <a:avLst/>
                                  </a:prstGeom>
                                </pic:spPr>
                              </pic:pic>
                            </a:graphicData>
                          </a:graphic>
                        </wp:inline>
                      </w:drawing>
                    </w:r>
                  </w:p>
                </w:txbxContent>
              </v:textbox>
            </v:shape>
          </w:pict>
        </mc:Fallback>
      </mc:AlternateContent>
    </w:r>
    <w:r w:rsidRPr="00EF69C7">
      <w:rPr>
        <w:rFonts w:asciiTheme="majorHAnsi" w:hAnsiTheme="majorHAnsi" w:cstheme="majorHAnsi"/>
        <w:b/>
        <w:sz w:val="24"/>
        <w:szCs w:val="24"/>
        <w:lang w:val="de-DE"/>
      </w:rPr>
      <w:t>Einverständniserklärung</w:t>
    </w:r>
    <w:r>
      <w:rPr>
        <w:rFonts w:asciiTheme="majorHAnsi" w:hAnsiTheme="majorHAnsi" w:cstheme="majorHAnsi"/>
        <w:sz w:val="24"/>
        <w:szCs w:val="24"/>
        <w:lang w:val="de-DE"/>
      </w:rPr>
      <w:t xml:space="preserve"> </w:t>
    </w:r>
    <w:r w:rsidRPr="00EF69C7">
      <w:rPr>
        <w:rFonts w:asciiTheme="majorHAnsi" w:hAnsiTheme="majorHAnsi" w:cstheme="majorHAnsi"/>
        <w:b/>
        <w:sz w:val="24"/>
        <w:szCs w:val="24"/>
        <w:lang w:val="de-DE"/>
      </w:rPr>
      <w:t>Bild-, Video- und Tonaufnahmen zum Projekt</w:t>
    </w:r>
  </w:p>
  <w:p w:rsidR="00EF69C7" w:rsidRPr="00EF69C7" w:rsidRDefault="00EF69C7" w:rsidP="00EF69C7">
    <w:pPr>
      <w:pStyle w:val="Kopfzeile"/>
      <w:jc w:val="center"/>
      <w:rPr>
        <w:lang w:val="de-DE"/>
      </w:rPr>
    </w:pPr>
    <w:r w:rsidRPr="00EF69C7">
      <w:rPr>
        <w:rFonts w:asciiTheme="majorHAnsi" w:hAnsiTheme="majorHAnsi" w:cstheme="majorHAnsi"/>
        <w:b/>
        <w:sz w:val="24"/>
        <w:szCs w:val="24"/>
        <w:lang w:val="de-DE"/>
      </w:rPr>
      <w:t xml:space="preserve">„36 Schulen. Viele Stimmen. Ein </w:t>
    </w:r>
    <w:proofErr w:type="spellStart"/>
    <w:r w:rsidRPr="00EF69C7">
      <w:rPr>
        <w:rFonts w:asciiTheme="majorHAnsi" w:hAnsiTheme="majorHAnsi" w:cstheme="majorHAnsi"/>
        <w:b/>
        <w:sz w:val="24"/>
        <w:szCs w:val="24"/>
        <w:lang w:val="de-DE"/>
      </w:rPr>
      <w:t>Vibe</w:t>
    </w:r>
    <w:proofErr w:type="spellEnd"/>
    <w:r w:rsidRPr="00EF69C7">
      <w:rPr>
        <w:rFonts w:asciiTheme="majorHAnsi" w:hAnsiTheme="majorHAnsi" w:cstheme="majorHAnsi"/>
        <w:b/>
        <w:sz w:val="24"/>
        <w:szCs w:val="24"/>
        <w:lang w:val="de-DE"/>
      </w:rPr>
      <w:t>: Demokratie &amp; Vielfalt.“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E55CD"/>
    <w:rsid w:val="0015074B"/>
    <w:rsid w:val="0029639D"/>
    <w:rsid w:val="00326F90"/>
    <w:rsid w:val="00661020"/>
    <w:rsid w:val="00AA1D8D"/>
    <w:rsid w:val="00B47730"/>
    <w:rsid w:val="00CB0664"/>
    <w:rsid w:val="00CC5A8D"/>
    <w:rsid w:val="00EF69C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521B1ED"/>
  <w14:defaultImageDpi w14:val="300"/>
  <w15:docId w15:val="{B14F76F3-C55C-CF49-947E-8D287C35D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FC693F"/>
    <w:pPr>
      <w:spacing w:after="80" w:line="269" w:lineRule="auto"/>
    </w:pPr>
    <w:rPr>
      <w:rFonts w:ascii="Arial" w:hAnsi="Arial"/>
      <w:sz w:val="18"/>
    </w:rPr>
  </w:style>
  <w:style w:type="paragraph" w:styleId="berschrift1">
    <w:name w:val="heading 1"/>
    <w:basedOn w:val="Standard"/>
    <w:next w:val="Standard"/>
    <w:link w:val="berschrift1Zchn"/>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4828B-3E4F-8B4E-AB16-9CED9758C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311</Words>
  <Characters>1964</Characters>
  <Application>Microsoft Office Word</Application>
  <DocSecurity>0</DocSecurity>
  <Lines>16</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2271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Microsoft Office User</cp:lastModifiedBy>
  <cp:revision>2</cp:revision>
  <dcterms:created xsi:type="dcterms:W3CDTF">2026-08-21T07:10:00Z</dcterms:created>
  <dcterms:modified xsi:type="dcterms:W3CDTF">2026-08-21T07:10:00Z</dcterms:modified>
  <cp:category/>
</cp:coreProperties>
</file>