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98AED" w14:textId="43AABC3F" w:rsidR="00102D5C" w:rsidRDefault="00CF4B45" w:rsidP="00373716">
      <w:pPr>
        <w:pStyle w:val="berschrift1"/>
        <w:jc w:val="center"/>
        <w:rPr>
          <w:lang w:val="de-DE"/>
        </w:rPr>
      </w:pPr>
      <w:r>
        <w:rPr>
          <w:rFonts w:ascii="Arial" w:hAnsi="Arial" w:cs="Arial"/>
          <w:noProof/>
          <w:sz w:val="20"/>
          <w:lang w:eastAsia="de-DE"/>
        </w:rPr>
        <w:drawing>
          <wp:anchor distT="0" distB="0" distL="114300" distR="114300" simplePos="0" relativeHeight="251657216" behindDoc="1" locked="0" layoutInCell="1" allowOverlap="1" wp14:anchorId="34C4EA2D" wp14:editId="056E3F98">
            <wp:simplePos x="0" y="0"/>
            <wp:positionH relativeFrom="column">
              <wp:posOffset>3448050</wp:posOffset>
            </wp:positionH>
            <wp:positionV relativeFrom="paragraph">
              <wp:posOffset>-76200</wp:posOffset>
            </wp:positionV>
            <wp:extent cx="2028825" cy="1524000"/>
            <wp:effectExtent l="0" t="0" r="9525" b="0"/>
            <wp:wrapTight wrapText="bothSides">
              <wp:wrapPolygon edited="0">
                <wp:start x="0" y="0"/>
                <wp:lineTo x="0" y="21330"/>
                <wp:lineTo x="21499" y="21330"/>
                <wp:lineTo x="21499" y="0"/>
                <wp:lineTo x="0" y="0"/>
              </wp:wrapPolygon>
            </wp:wrapTight>
            <wp:docPr id="2" name="Grafik 2" descr="E:\ZEUGNISERSTELLUNG bitte nicht löschen!!!\00 Erstellung mit MS Office ab 2023\Erstellung der Druckvorlagen 2Hj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ZEUGNISERSTELLUNG bitte nicht löschen!!!\00 Erstellung mit MS Office ab 2023\Erstellung der Druckvorlagen 2Hj\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73716" w:rsidRPr="00373716">
        <w:rPr>
          <w:sz w:val="40"/>
          <w:szCs w:val="40"/>
          <w:lang w:val="de-DE"/>
        </w:rPr>
        <w:t xml:space="preserve">Dokumentation – </w:t>
      </w:r>
      <w:proofErr w:type="spellStart"/>
      <w:r w:rsidR="00373716" w:rsidRPr="00373716">
        <w:rPr>
          <w:sz w:val="40"/>
          <w:szCs w:val="40"/>
          <w:lang w:val="de-DE"/>
        </w:rPr>
        <w:t>BerufswahlCamp</w:t>
      </w:r>
      <w:proofErr w:type="spellEnd"/>
      <w:r w:rsidR="00373716" w:rsidRPr="00373716">
        <w:rPr>
          <w:sz w:val="40"/>
          <w:szCs w:val="40"/>
          <w:lang w:val="de-DE"/>
        </w:rPr>
        <w:t xml:space="preserve"> I &amp; II / </w:t>
      </w:r>
      <w:proofErr w:type="spellStart"/>
      <w:r w:rsidR="00373716" w:rsidRPr="00373716">
        <w:rPr>
          <w:sz w:val="40"/>
          <w:szCs w:val="40"/>
          <w:lang w:val="de-DE"/>
        </w:rPr>
        <w:t>AusbildungsMarathon</w:t>
      </w:r>
      <w:proofErr w:type="spellEnd"/>
    </w:p>
    <w:p w14:paraId="5344DFA5" w14:textId="77777777" w:rsidR="00CF4B45" w:rsidRDefault="00CF4B45">
      <w:pPr>
        <w:rPr>
          <w:b/>
          <w:bCs/>
          <w:lang w:val="de-DE"/>
        </w:rPr>
      </w:pPr>
    </w:p>
    <w:p w14:paraId="6CC96F6C" w14:textId="66EC19F2" w:rsidR="00102D5C" w:rsidRDefault="00373716">
      <w:pPr>
        <w:pStyle w:val="berschrift2"/>
        <w:rPr>
          <w:lang w:val="de-DE"/>
        </w:rPr>
      </w:pPr>
      <w:r w:rsidRPr="00373716">
        <w:rPr>
          <w:rFonts w:asciiTheme="minorHAnsi" w:eastAsiaTheme="minorEastAsia" w:hAnsiTheme="minorHAnsi" w:cstheme="minorBidi"/>
          <w:color w:val="auto"/>
          <w:sz w:val="22"/>
          <w:szCs w:val="22"/>
          <w:lang w:val="de-DE"/>
        </w:rPr>
        <w:t>Ergebnisse und Erkenntnisse aus den Modulen:</w:t>
      </w:r>
    </w:p>
    <w:p w14:paraId="54631C30" w14:textId="48BF0AAF" w:rsidR="00CF4B45" w:rsidRPr="00373716" w:rsidRDefault="00CF4B45" w:rsidP="00373716">
      <w:pPr>
        <w:pStyle w:val="berschrift2"/>
        <w:rPr>
          <w:u w:val="single"/>
          <w:lang w:val="de-DE"/>
        </w:rPr>
        <w:sectPr w:rsidR="00CF4B45" w:rsidRPr="00373716" w:rsidSect="00034616">
          <w:headerReference w:type="default" r:id="rId9"/>
          <w:footerReference w:type="default" r:id="rId10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75A6C20F" w14:textId="77777777" w:rsidR="00373716" w:rsidRDefault="00373716" w:rsidP="00373716">
      <w:pPr>
        <w:pStyle w:val="berschrift2"/>
        <w:rPr>
          <w:u w:val="single"/>
          <w:lang w:val="de-DE"/>
        </w:rPr>
      </w:pPr>
    </w:p>
    <w:p w14:paraId="198AD766" w14:textId="19DAB036" w:rsidR="00373716" w:rsidRPr="00373716" w:rsidRDefault="00373716" w:rsidP="00373716">
      <w:pPr>
        <w:pStyle w:val="berschrift2"/>
        <w:rPr>
          <w:u w:val="single"/>
          <w:lang w:val="de-DE"/>
        </w:rPr>
      </w:pPr>
      <w:proofErr w:type="spellStart"/>
      <w:r w:rsidRPr="00373716">
        <w:rPr>
          <w:u w:val="single"/>
          <w:lang w:val="de-DE"/>
        </w:rPr>
        <w:t>BerufswahlCamp</w:t>
      </w:r>
      <w:proofErr w:type="spellEnd"/>
      <w:r w:rsidRPr="00373716">
        <w:rPr>
          <w:u w:val="single"/>
          <w:lang w:val="de-DE"/>
        </w:rPr>
        <w:t xml:space="preserve"> I – Meine Ergebnisse:</w:t>
      </w:r>
    </w:p>
    <w:p w14:paraId="2EC36A88" w14:textId="77777777" w:rsidR="00373716" w:rsidRDefault="00373716" w:rsidP="00373716">
      <w:pPr>
        <w:rPr>
          <w:lang w:val="de-DE"/>
        </w:rPr>
      </w:pPr>
    </w:p>
    <w:p w14:paraId="648D3C77" w14:textId="722B8BBF" w:rsidR="00373716" w:rsidRDefault="00373716" w:rsidP="00373716">
      <w:pPr>
        <w:rPr>
          <w:lang w:val="de-DE"/>
        </w:rPr>
      </w:pPr>
      <w:r>
        <w:rPr>
          <w:lang w:val="de-DE"/>
        </w:rPr>
        <w:t xml:space="preserve">Was erwarte ich vom </w:t>
      </w:r>
      <w:proofErr w:type="spellStart"/>
      <w:r>
        <w:rPr>
          <w:lang w:val="de-DE"/>
        </w:rPr>
        <w:t>BerufswahlCamp</w:t>
      </w:r>
      <w:proofErr w:type="spellEnd"/>
      <w:r>
        <w:rPr>
          <w:lang w:val="de-DE"/>
        </w:rPr>
        <w:t xml:space="preserve"> I?</w:t>
      </w:r>
    </w:p>
    <w:p w14:paraId="21CE90A2" w14:textId="77777777" w:rsidR="00373716" w:rsidRDefault="00373716" w:rsidP="00373716">
      <w:pPr>
        <w:rPr>
          <w:lang w:val="de-DE"/>
        </w:rPr>
      </w:pPr>
    </w:p>
    <w:p w14:paraId="02EB7814" w14:textId="77777777" w:rsidR="005225DB" w:rsidRDefault="005225DB" w:rsidP="00373716">
      <w:pPr>
        <w:rPr>
          <w:lang w:val="de-DE"/>
        </w:rPr>
      </w:pPr>
    </w:p>
    <w:p w14:paraId="70B023D9" w14:textId="08B4DC25" w:rsidR="00373716" w:rsidRDefault="00373716" w:rsidP="00373716">
      <w:pPr>
        <w:rPr>
          <w:lang w:val="de-DE"/>
        </w:rPr>
      </w:pPr>
      <w:r>
        <w:rPr>
          <w:lang w:val="de-DE"/>
        </w:rPr>
        <w:t>Welche Berufsfelder interessieren mich im Moment?</w:t>
      </w:r>
    </w:p>
    <w:p w14:paraId="27C47BC9" w14:textId="77777777" w:rsidR="00373716" w:rsidRDefault="00373716" w:rsidP="00373716">
      <w:pPr>
        <w:rPr>
          <w:lang w:val="de-DE"/>
        </w:rPr>
      </w:pPr>
    </w:p>
    <w:p w14:paraId="6C77C714" w14:textId="77777777" w:rsidR="005225DB" w:rsidRDefault="005225DB" w:rsidP="00373716">
      <w:pPr>
        <w:rPr>
          <w:lang w:val="de-DE"/>
        </w:rPr>
      </w:pPr>
    </w:p>
    <w:p w14:paraId="63B9A21D" w14:textId="34E7A403" w:rsidR="00373716" w:rsidRDefault="00373716" w:rsidP="00373716">
      <w:pPr>
        <w:rPr>
          <w:lang w:val="de-DE"/>
        </w:rPr>
      </w:pPr>
      <w:r>
        <w:rPr>
          <w:lang w:val="de-DE"/>
        </w:rPr>
        <w:t>Was fällt mir schwer bei der Berufswahl?</w:t>
      </w:r>
    </w:p>
    <w:p w14:paraId="4E304AF3" w14:textId="77777777" w:rsidR="00373716" w:rsidRDefault="00373716" w:rsidP="00373716">
      <w:pPr>
        <w:rPr>
          <w:lang w:val="de-DE"/>
        </w:rPr>
      </w:pPr>
    </w:p>
    <w:p w14:paraId="5DE1B03E" w14:textId="77777777" w:rsidR="005225DB" w:rsidRDefault="005225DB" w:rsidP="00373716">
      <w:pPr>
        <w:rPr>
          <w:lang w:val="de-DE"/>
        </w:rPr>
      </w:pPr>
    </w:p>
    <w:p w14:paraId="0BE326DA" w14:textId="1E5B7CCC" w:rsidR="00373716" w:rsidRDefault="005225DB" w:rsidP="00373716">
      <w:pPr>
        <w:rPr>
          <w:lang w:val="de-DE"/>
        </w:rPr>
      </w:pPr>
      <w:r>
        <w:rPr>
          <w:lang w:val="de-DE"/>
        </w:rPr>
        <w:t>Was möchte ich am Ende des Camps über ich wissen und erreichen</w:t>
      </w:r>
    </w:p>
    <w:p w14:paraId="4BA1DA3B" w14:textId="77777777" w:rsidR="005225DB" w:rsidRDefault="005225DB" w:rsidP="00373716">
      <w:pPr>
        <w:rPr>
          <w:lang w:val="de-DE"/>
        </w:rPr>
      </w:pPr>
    </w:p>
    <w:p w14:paraId="013F3D9E" w14:textId="77777777" w:rsidR="00373716" w:rsidRDefault="00373716" w:rsidP="00373716">
      <w:pPr>
        <w:rPr>
          <w:lang w:val="de-DE"/>
        </w:rPr>
      </w:pPr>
    </w:p>
    <w:p w14:paraId="7E761C8C" w14:textId="324B9ECA" w:rsidR="00373716" w:rsidRPr="00373716" w:rsidRDefault="00373716" w:rsidP="00373716">
      <w:pPr>
        <w:rPr>
          <w:lang w:val="de-DE"/>
        </w:rPr>
      </w:pPr>
      <w:r w:rsidRPr="00373716">
        <w:rPr>
          <w:lang w:val="de-DE"/>
        </w:rPr>
        <w:t>Notizen: ________________________________________________</w:t>
      </w:r>
      <w:r w:rsidR="005225DB" w:rsidRPr="00373716">
        <w:rPr>
          <w:lang w:val="de-DE"/>
        </w:rPr>
        <w:t>_______________________________________________</w:t>
      </w:r>
    </w:p>
    <w:p w14:paraId="1432256B" w14:textId="1A1778DC" w:rsidR="00373716" w:rsidRPr="00373716" w:rsidRDefault="00373716" w:rsidP="00373716">
      <w:pPr>
        <w:rPr>
          <w:lang w:val="de-DE"/>
        </w:rPr>
      </w:pPr>
      <w:r w:rsidRPr="00373716">
        <w:rPr>
          <w:lang w:val="de-DE"/>
        </w:rPr>
        <w:t>__________________________________________________________</w:t>
      </w:r>
      <w:r w:rsidR="005225DB" w:rsidRPr="00373716">
        <w:rPr>
          <w:lang w:val="de-DE"/>
        </w:rPr>
        <w:t>_______________________________________________</w:t>
      </w:r>
    </w:p>
    <w:p w14:paraId="62D22567" w14:textId="118462B9" w:rsidR="00373716" w:rsidRDefault="00373716" w:rsidP="00373716">
      <w:pPr>
        <w:rPr>
          <w:lang w:val="de-DE"/>
        </w:rPr>
      </w:pPr>
      <w:r w:rsidRPr="00373716">
        <w:rPr>
          <w:lang w:val="de-DE"/>
        </w:rPr>
        <w:t>__________________________________________________________</w:t>
      </w:r>
      <w:r w:rsidR="005225DB" w:rsidRPr="00373716">
        <w:rPr>
          <w:lang w:val="de-DE"/>
        </w:rPr>
        <w:t>_______________________________________________</w:t>
      </w:r>
    </w:p>
    <w:p w14:paraId="263EADBB" w14:textId="77777777" w:rsidR="005225DB" w:rsidRPr="00373716" w:rsidRDefault="005225DB" w:rsidP="00373716">
      <w:pPr>
        <w:rPr>
          <w:lang w:val="de-DE"/>
        </w:rPr>
      </w:pPr>
    </w:p>
    <w:p w14:paraId="5A27F431" w14:textId="222E7A72" w:rsidR="001344DC" w:rsidRDefault="001344DC" w:rsidP="00373716">
      <w:pPr>
        <w:rPr>
          <w:lang w:val="de-DE"/>
        </w:rPr>
      </w:pPr>
    </w:p>
    <w:p w14:paraId="6D84A32D" w14:textId="14362905" w:rsidR="00F4762C" w:rsidRDefault="00F4762C" w:rsidP="00143F50">
      <w:pPr>
        <w:pStyle w:val="berschrift1"/>
        <w:jc w:val="center"/>
        <w:rPr>
          <w:sz w:val="40"/>
          <w:szCs w:val="40"/>
          <w:lang w:val="de-DE"/>
        </w:rPr>
      </w:pPr>
      <w:r>
        <w:rPr>
          <w:rFonts w:ascii="Arial" w:hAnsi="Arial" w:cs="Arial"/>
          <w:noProof/>
          <w:sz w:val="20"/>
          <w:lang w:eastAsia="de-DE"/>
        </w:rPr>
        <w:lastRenderedPageBreak/>
        <w:drawing>
          <wp:anchor distT="0" distB="0" distL="114300" distR="114300" simplePos="0" relativeHeight="251659264" behindDoc="1" locked="0" layoutInCell="1" allowOverlap="1" wp14:anchorId="7892FCCC" wp14:editId="39F90FA0">
            <wp:simplePos x="0" y="0"/>
            <wp:positionH relativeFrom="column">
              <wp:posOffset>3448050</wp:posOffset>
            </wp:positionH>
            <wp:positionV relativeFrom="paragraph">
              <wp:posOffset>-76200</wp:posOffset>
            </wp:positionV>
            <wp:extent cx="2028825" cy="1524000"/>
            <wp:effectExtent l="0" t="0" r="9525" b="0"/>
            <wp:wrapTight wrapText="bothSides">
              <wp:wrapPolygon edited="0">
                <wp:start x="0" y="0"/>
                <wp:lineTo x="0" y="21330"/>
                <wp:lineTo x="21499" y="21330"/>
                <wp:lineTo x="21499" y="0"/>
                <wp:lineTo x="0" y="0"/>
              </wp:wrapPolygon>
            </wp:wrapTight>
            <wp:docPr id="566934873" name="Grafik 566934873" descr="E:\ZEUGNISERSTELLUNG bitte nicht löschen!!!\00 Erstellung mit MS Office ab 2023\Erstellung der Druckvorlagen 2Hj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ZEUGNISERSTELLUNG bitte nicht löschen!!!\00 Erstellung mit MS Office ab 2023\Erstellung der Druckvorlagen 2Hj\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73716">
        <w:rPr>
          <w:sz w:val="40"/>
          <w:szCs w:val="40"/>
          <w:lang w:val="de-DE"/>
        </w:rPr>
        <w:t xml:space="preserve">Dokumentation – </w:t>
      </w:r>
      <w:proofErr w:type="spellStart"/>
      <w:r w:rsidRPr="00373716">
        <w:rPr>
          <w:sz w:val="40"/>
          <w:szCs w:val="40"/>
          <w:lang w:val="de-DE"/>
        </w:rPr>
        <w:t>BerufswahlCamp</w:t>
      </w:r>
      <w:proofErr w:type="spellEnd"/>
      <w:r w:rsidRPr="00373716">
        <w:rPr>
          <w:sz w:val="40"/>
          <w:szCs w:val="40"/>
          <w:lang w:val="de-DE"/>
        </w:rPr>
        <w:t xml:space="preserve"> II</w:t>
      </w:r>
    </w:p>
    <w:p w14:paraId="5EA194E2" w14:textId="77777777" w:rsidR="00143F50" w:rsidRPr="00143F50" w:rsidRDefault="00143F50" w:rsidP="00143F50">
      <w:pPr>
        <w:rPr>
          <w:lang w:val="de-DE"/>
        </w:rPr>
      </w:pPr>
    </w:p>
    <w:p w14:paraId="1474D75B" w14:textId="77777777" w:rsidR="00F4762C" w:rsidRDefault="00F4762C" w:rsidP="00F4762C">
      <w:pPr>
        <w:pStyle w:val="berschrift2"/>
        <w:rPr>
          <w:lang w:val="de-DE"/>
        </w:rPr>
      </w:pPr>
      <w:r w:rsidRPr="00373716">
        <w:rPr>
          <w:rFonts w:asciiTheme="minorHAnsi" w:eastAsiaTheme="minorEastAsia" w:hAnsiTheme="minorHAnsi" w:cstheme="minorBidi"/>
          <w:color w:val="auto"/>
          <w:sz w:val="22"/>
          <w:szCs w:val="22"/>
          <w:lang w:val="de-DE"/>
        </w:rPr>
        <w:t>Ergebnisse und Erkenntnisse aus den Modulen:</w:t>
      </w:r>
    </w:p>
    <w:p w14:paraId="61768803" w14:textId="77777777" w:rsidR="00F4762C" w:rsidRPr="00373716" w:rsidRDefault="00F4762C" w:rsidP="00F4762C">
      <w:pPr>
        <w:pStyle w:val="berschrift2"/>
        <w:rPr>
          <w:u w:val="single"/>
          <w:lang w:val="de-DE"/>
        </w:rPr>
        <w:sectPr w:rsidR="00F4762C" w:rsidRPr="00373716" w:rsidSect="00F4762C">
          <w:headerReference w:type="default" r:id="rId11"/>
          <w:footerReference w:type="default" r:id="rId12"/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1B4CBFA5" w14:textId="77777777" w:rsidR="00F4762C" w:rsidRDefault="00F4762C" w:rsidP="00F4762C">
      <w:pPr>
        <w:pStyle w:val="berschrift2"/>
        <w:rPr>
          <w:u w:val="single"/>
          <w:lang w:val="de-DE"/>
        </w:rPr>
      </w:pPr>
    </w:p>
    <w:p w14:paraId="6A60EDA3" w14:textId="77D992B7" w:rsidR="00F4762C" w:rsidRPr="00373716" w:rsidRDefault="00F4762C" w:rsidP="00F4762C">
      <w:pPr>
        <w:pStyle w:val="berschrift2"/>
        <w:rPr>
          <w:u w:val="single"/>
          <w:lang w:val="de-DE"/>
        </w:rPr>
      </w:pPr>
      <w:proofErr w:type="spellStart"/>
      <w:r w:rsidRPr="00373716">
        <w:rPr>
          <w:u w:val="single"/>
          <w:lang w:val="de-DE"/>
        </w:rPr>
        <w:t>BerufswahlCamp</w:t>
      </w:r>
      <w:proofErr w:type="spellEnd"/>
      <w:r w:rsidRPr="00373716">
        <w:rPr>
          <w:u w:val="single"/>
          <w:lang w:val="de-DE"/>
        </w:rPr>
        <w:t xml:space="preserve"> I</w:t>
      </w:r>
      <w:r w:rsidR="00143F50">
        <w:rPr>
          <w:u w:val="single"/>
          <w:lang w:val="de-DE"/>
        </w:rPr>
        <w:t>I</w:t>
      </w:r>
      <w:r w:rsidRPr="00373716">
        <w:rPr>
          <w:u w:val="single"/>
          <w:lang w:val="de-DE"/>
        </w:rPr>
        <w:t xml:space="preserve"> – Meine Ergebnisse:</w:t>
      </w:r>
    </w:p>
    <w:p w14:paraId="2389781C" w14:textId="77777777" w:rsidR="00F4762C" w:rsidRDefault="00F4762C" w:rsidP="00F4762C">
      <w:pPr>
        <w:rPr>
          <w:lang w:val="de-DE"/>
        </w:rPr>
      </w:pPr>
    </w:p>
    <w:p w14:paraId="6BD1813E" w14:textId="70DE76E8" w:rsidR="00F4762C" w:rsidRDefault="00F4762C" w:rsidP="00F4762C">
      <w:pPr>
        <w:rPr>
          <w:lang w:val="de-DE"/>
        </w:rPr>
      </w:pPr>
      <w:r>
        <w:rPr>
          <w:lang w:val="de-DE"/>
        </w:rPr>
        <w:t xml:space="preserve">Was erwarte ich vom </w:t>
      </w:r>
      <w:proofErr w:type="spellStart"/>
      <w:r>
        <w:rPr>
          <w:lang w:val="de-DE"/>
        </w:rPr>
        <w:t>BerufswahlCamp</w:t>
      </w:r>
      <w:proofErr w:type="spellEnd"/>
      <w:r>
        <w:rPr>
          <w:lang w:val="de-DE"/>
        </w:rPr>
        <w:t xml:space="preserve"> </w:t>
      </w:r>
      <w:r w:rsidR="00143F50">
        <w:rPr>
          <w:lang w:val="de-DE"/>
        </w:rPr>
        <w:t>I</w:t>
      </w:r>
      <w:r>
        <w:rPr>
          <w:lang w:val="de-DE"/>
        </w:rPr>
        <w:t>I?</w:t>
      </w:r>
    </w:p>
    <w:p w14:paraId="5F5814C4" w14:textId="77777777" w:rsidR="00F4762C" w:rsidRDefault="00F4762C" w:rsidP="00F4762C">
      <w:pPr>
        <w:rPr>
          <w:lang w:val="de-DE"/>
        </w:rPr>
      </w:pPr>
    </w:p>
    <w:p w14:paraId="51219D1C" w14:textId="77777777" w:rsidR="00F4762C" w:rsidRDefault="00F4762C" w:rsidP="00F4762C">
      <w:pPr>
        <w:rPr>
          <w:lang w:val="de-DE"/>
        </w:rPr>
      </w:pPr>
    </w:p>
    <w:p w14:paraId="11952952" w14:textId="4B5B4431" w:rsidR="00F4762C" w:rsidRDefault="00F4762C" w:rsidP="00F4762C">
      <w:pPr>
        <w:rPr>
          <w:lang w:val="de-DE"/>
        </w:rPr>
      </w:pPr>
      <w:r>
        <w:rPr>
          <w:lang w:val="de-DE"/>
        </w:rPr>
        <w:t>Welche Beruf</w:t>
      </w:r>
      <w:r w:rsidR="00143F50">
        <w:rPr>
          <w:lang w:val="de-DE"/>
        </w:rPr>
        <w:t>e oder Ausbildungseinrichtungen interessieren mich aktuell?</w:t>
      </w:r>
    </w:p>
    <w:p w14:paraId="225EE2B7" w14:textId="77777777" w:rsidR="00F4762C" w:rsidRDefault="00F4762C" w:rsidP="00F4762C">
      <w:pPr>
        <w:rPr>
          <w:lang w:val="de-DE"/>
        </w:rPr>
      </w:pPr>
    </w:p>
    <w:p w14:paraId="2D2C5B9A" w14:textId="77777777" w:rsidR="00F4762C" w:rsidRDefault="00F4762C" w:rsidP="00F4762C">
      <w:pPr>
        <w:rPr>
          <w:lang w:val="de-DE"/>
        </w:rPr>
      </w:pPr>
    </w:p>
    <w:p w14:paraId="19C2E39C" w14:textId="0D7A3AAD" w:rsidR="00F4762C" w:rsidRDefault="00F4762C" w:rsidP="00F4762C">
      <w:pPr>
        <w:rPr>
          <w:lang w:val="de-DE"/>
        </w:rPr>
      </w:pPr>
      <w:r>
        <w:rPr>
          <w:lang w:val="de-DE"/>
        </w:rPr>
        <w:t xml:space="preserve">Was </w:t>
      </w:r>
      <w:r w:rsidR="00143F50">
        <w:rPr>
          <w:lang w:val="de-DE"/>
        </w:rPr>
        <w:t>erhoffe ich mir vom Besuch auf der Messe</w:t>
      </w:r>
      <w:r>
        <w:rPr>
          <w:lang w:val="de-DE"/>
        </w:rPr>
        <w:t>?</w:t>
      </w:r>
    </w:p>
    <w:p w14:paraId="64A2A825" w14:textId="77777777" w:rsidR="00F4762C" w:rsidRDefault="00F4762C" w:rsidP="00F4762C">
      <w:pPr>
        <w:rPr>
          <w:lang w:val="de-DE"/>
        </w:rPr>
      </w:pPr>
    </w:p>
    <w:p w14:paraId="4F19706D" w14:textId="77777777" w:rsidR="00F4762C" w:rsidRDefault="00F4762C" w:rsidP="00F4762C">
      <w:pPr>
        <w:rPr>
          <w:lang w:val="de-DE"/>
        </w:rPr>
      </w:pPr>
    </w:p>
    <w:p w14:paraId="1DFAEF66" w14:textId="5C47B3A9" w:rsidR="00F4762C" w:rsidRDefault="00F4762C" w:rsidP="00F4762C">
      <w:pPr>
        <w:rPr>
          <w:lang w:val="de-DE"/>
        </w:rPr>
      </w:pPr>
      <w:r>
        <w:rPr>
          <w:lang w:val="de-DE"/>
        </w:rPr>
        <w:t>Was möcht</w:t>
      </w:r>
      <w:r w:rsidR="00143F50">
        <w:rPr>
          <w:lang w:val="de-DE"/>
        </w:rPr>
        <w:t xml:space="preserve">e ich dieses Mal besser machen als im </w:t>
      </w:r>
      <w:proofErr w:type="spellStart"/>
      <w:r w:rsidR="00143F50">
        <w:rPr>
          <w:lang w:val="de-DE"/>
        </w:rPr>
        <w:t>BerufswahlCamp</w:t>
      </w:r>
      <w:proofErr w:type="spellEnd"/>
      <w:r w:rsidR="00143F50">
        <w:rPr>
          <w:lang w:val="de-DE"/>
        </w:rPr>
        <w:t xml:space="preserve"> I?</w:t>
      </w:r>
    </w:p>
    <w:p w14:paraId="3EBEE1D0" w14:textId="77777777" w:rsidR="00F4762C" w:rsidRDefault="00F4762C" w:rsidP="00F4762C">
      <w:pPr>
        <w:rPr>
          <w:lang w:val="de-DE"/>
        </w:rPr>
      </w:pPr>
    </w:p>
    <w:p w14:paraId="3BE9C686" w14:textId="77777777" w:rsidR="00F4762C" w:rsidRDefault="00F4762C" w:rsidP="00F4762C">
      <w:pPr>
        <w:rPr>
          <w:lang w:val="de-DE"/>
        </w:rPr>
      </w:pPr>
    </w:p>
    <w:p w14:paraId="1271D3FB" w14:textId="77777777" w:rsidR="00F4762C" w:rsidRPr="00373716" w:rsidRDefault="00F4762C" w:rsidP="00F4762C">
      <w:pPr>
        <w:rPr>
          <w:lang w:val="de-DE"/>
        </w:rPr>
      </w:pPr>
      <w:r w:rsidRPr="00373716">
        <w:rPr>
          <w:lang w:val="de-DE"/>
        </w:rPr>
        <w:t>Notizen: _______________________________________________________________________________________________</w:t>
      </w:r>
    </w:p>
    <w:p w14:paraId="33DDFABC" w14:textId="77777777" w:rsidR="00F4762C" w:rsidRPr="00373716" w:rsidRDefault="00F4762C" w:rsidP="00F4762C">
      <w:pPr>
        <w:rPr>
          <w:lang w:val="de-DE"/>
        </w:rPr>
      </w:pPr>
      <w:r w:rsidRPr="00373716">
        <w:rPr>
          <w:lang w:val="de-DE"/>
        </w:rPr>
        <w:t>_________________________________________________________________________________________________________</w:t>
      </w:r>
    </w:p>
    <w:p w14:paraId="65E8BAC3" w14:textId="77777777" w:rsidR="00F4762C" w:rsidRDefault="00F4762C" w:rsidP="00F4762C">
      <w:pPr>
        <w:rPr>
          <w:lang w:val="de-DE"/>
        </w:rPr>
      </w:pPr>
      <w:r w:rsidRPr="00373716">
        <w:rPr>
          <w:lang w:val="de-DE"/>
        </w:rPr>
        <w:t>_________________________________________________________________________________________________________</w:t>
      </w:r>
    </w:p>
    <w:p w14:paraId="2C51BB15" w14:textId="77777777" w:rsidR="00F4762C" w:rsidRPr="00373716" w:rsidRDefault="00F4762C" w:rsidP="00F4762C">
      <w:pPr>
        <w:rPr>
          <w:lang w:val="de-DE"/>
        </w:rPr>
      </w:pPr>
    </w:p>
    <w:p w14:paraId="5682F237" w14:textId="77777777" w:rsidR="00F4762C" w:rsidRPr="00102D5C" w:rsidRDefault="00F4762C" w:rsidP="00F4762C">
      <w:pPr>
        <w:rPr>
          <w:lang w:val="de-DE"/>
        </w:rPr>
      </w:pPr>
    </w:p>
    <w:p w14:paraId="4183F76E" w14:textId="72D69B82" w:rsidR="00F4762C" w:rsidRDefault="00F4762C" w:rsidP="00F4762C">
      <w:pPr>
        <w:pStyle w:val="berschrift1"/>
        <w:jc w:val="center"/>
        <w:rPr>
          <w:lang w:val="de-DE"/>
        </w:rPr>
      </w:pPr>
      <w:r>
        <w:rPr>
          <w:rFonts w:ascii="Arial" w:hAnsi="Arial" w:cs="Arial"/>
          <w:noProof/>
          <w:sz w:val="20"/>
          <w:lang w:eastAsia="de-DE"/>
        </w:rPr>
        <w:drawing>
          <wp:anchor distT="0" distB="0" distL="114300" distR="114300" simplePos="0" relativeHeight="251661312" behindDoc="1" locked="0" layoutInCell="1" allowOverlap="1" wp14:anchorId="34324B4D" wp14:editId="087F95DA">
            <wp:simplePos x="0" y="0"/>
            <wp:positionH relativeFrom="column">
              <wp:posOffset>3448050</wp:posOffset>
            </wp:positionH>
            <wp:positionV relativeFrom="paragraph">
              <wp:posOffset>-76200</wp:posOffset>
            </wp:positionV>
            <wp:extent cx="2028825" cy="1524000"/>
            <wp:effectExtent l="0" t="0" r="9525" b="0"/>
            <wp:wrapTight wrapText="bothSides">
              <wp:wrapPolygon edited="0">
                <wp:start x="0" y="0"/>
                <wp:lineTo x="0" y="21330"/>
                <wp:lineTo x="21499" y="21330"/>
                <wp:lineTo x="21499" y="0"/>
                <wp:lineTo x="0" y="0"/>
              </wp:wrapPolygon>
            </wp:wrapTight>
            <wp:docPr id="405014942" name="Grafik 405014942" descr="E:\ZEUGNISERSTELLUNG bitte nicht löschen!!!\00 Erstellung mit MS Office ab 2023\Erstellung der Druckvorlagen 2Hj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ZEUGNISERSTELLUNG bitte nicht löschen!!!\00 Erstellung mit MS Office ab 2023\Erstellung der Druckvorlagen 2Hj\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73716">
        <w:rPr>
          <w:sz w:val="40"/>
          <w:szCs w:val="40"/>
          <w:lang w:val="de-DE"/>
        </w:rPr>
        <w:t>Dokumentation – Ausbildungs</w:t>
      </w:r>
      <w:r w:rsidR="00143F50">
        <w:rPr>
          <w:sz w:val="40"/>
          <w:szCs w:val="40"/>
          <w:lang w:val="de-DE"/>
        </w:rPr>
        <w:t>m</w:t>
      </w:r>
      <w:r w:rsidRPr="00373716">
        <w:rPr>
          <w:sz w:val="40"/>
          <w:szCs w:val="40"/>
          <w:lang w:val="de-DE"/>
        </w:rPr>
        <w:t>arathon</w:t>
      </w:r>
    </w:p>
    <w:p w14:paraId="7EB82181" w14:textId="77777777" w:rsidR="00F4762C" w:rsidRDefault="00F4762C" w:rsidP="00F4762C">
      <w:pPr>
        <w:rPr>
          <w:b/>
          <w:bCs/>
          <w:lang w:val="de-DE"/>
        </w:rPr>
      </w:pPr>
    </w:p>
    <w:p w14:paraId="78EA5D4D" w14:textId="77777777" w:rsidR="00F4762C" w:rsidRDefault="00F4762C" w:rsidP="00F4762C">
      <w:pPr>
        <w:pStyle w:val="berschrift2"/>
        <w:rPr>
          <w:lang w:val="de-DE"/>
        </w:rPr>
      </w:pPr>
      <w:r w:rsidRPr="00373716">
        <w:rPr>
          <w:rFonts w:asciiTheme="minorHAnsi" w:eastAsiaTheme="minorEastAsia" w:hAnsiTheme="minorHAnsi" w:cstheme="minorBidi"/>
          <w:color w:val="auto"/>
          <w:sz w:val="22"/>
          <w:szCs w:val="22"/>
          <w:lang w:val="de-DE"/>
        </w:rPr>
        <w:t>Ergebnisse und Erkenntnisse aus den Modulen:</w:t>
      </w:r>
    </w:p>
    <w:p w14:paraId="520A5486" w14:textId="77777777" w:rsidR="00F4762C" w:rsidRPr="00373716" w:rsidRDefault="00F4762C" w:rsidP="00F4762C">
      <w:pPr>
        <w:pStyle w:val="berschrift2"/>
        <w:rPr>
          <w:u w:val="single"/>
          <w:lang w:val="de-DE"/>
        </w:rPr>
        <w:sectPr w:rsidR="00F4762C" w:rsidRPr="00373716" w:rsidSect="00F4762C">
          <w:headerReference w:type="default" r:id="rId13"/>
          <w:footerReference w:type="default" r:id="rId14"/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715974C4" w14:textId="77777777" w:rsidR="00F4762C" w:rsidRDefault="00F4762C" w:rsidP="00F4762C">
      <w:pPr>
        <w:pStyle w:val="berschrift2"/>
        <w:rPr>
          <w:u w:val="single"/>
          <w:lang w:val="de-DE"/>
        </w:rPr>
      </w:pPr>
    </w:p>
    <w:p w14:paraId="0FE1661D" w14:textId="3F85A645" w:rsidR="00F4762C" w:rsidRPr="00373716" w:rsidRDefault="00143F50" w:rsidP="00F4762C">
      <w:pPr>
        <w:pStyle w:val="berschrift2"/>
        <w:rPr>
          <w:u w:val="single"/>
          <w:lang w:val="de-DE"/>
        </w:rPr>
      </w:pPr>
      <w:r>
        <w:rPr>
          <w:u w:val="single"/>
          <w:lang w:val="de-DE"/>
        </w:rPr>
        <w:t>Ausbildungsmarathon</w:t>
      </w:r>
      <w:r w:rsidR="00F4762C" w:rsidRPr="00373716">
        <w:rPr>
          <w:u w:val="single"/>
          <w:lang w:val="de-DE"/>
        </w:rPr>
        <w:t xml:space="preserve"> – Meine Ergebnisse:</w:t>
      </w:r>
    </w:p>
    <w:p w14:paraId="55171105" w14:textId="77777777" w:rsidR="00F4762C" w:rsidRDefault="00F4762C" w:rsidP="00F4762C">
      <w:pPr>
        <w:rPr>
          <w:lang w:val="de-DE"/>
        </w:rPr>
      </w:pPr>
    </w:p>
    <w:p w14:paraId="098E6B19" w14:textId="5CFECF47" w:rsidR="00143F50" w:rsidRDefault="00143F50" w:rsidP="00F4762C">
      <w:pPr>
        <w:rPr>
          <w:lang w:val="de-DE"/>
        </w:rPr>
      </w:pPr>
      <w:r>
        <w:rPr>
          <w:lang w:val="de-DE"/>
        </w:rPr>
        <w:t>Was erwarte ich vom Ausbildungsmarathon?</w:t>
      </w:r>
    </w:p>
    <w:p w14:paraId="5DE994D3" w14:textId="77777777" w:rsidR="00143F50" w:rsidRDefault="00143F50" w:rsidP="00F4762C">
      <w:pPr>
        <w:rPr>
          <w:lang w:val="de-DE"/>
        </w:rPr>
      </w:pPr>
    </w:p>
    <w:p w14:paraId="066F1961" w14:textId="77777777" w:rsidR="00143F50" w:rsidRDefault="00143F50" w:rsidP="00F4762C">
      <w:pPr>
        <w:rPr>
          <w:lang w:val="de-DE"/>
        </w:rPr>
      </w:pPr>
    </w:p>
    <w:p w14:paraId="70F4C647" w14:textId="3662C6BD" w:rsidR="00F4762C" w:rsidRDefault="00F4762C" w:rsidP="00F4762C">
      <w:pPr>
        <w:rPr>
          <w:lang w:val="de-DE"/>
        </w:rPr>
      </w:pPr>
      <w:proofErr w:type="spellStart"/>
      <w:r>
        <w:rPr>
          <w:lang w:val="de-DE"/>
        </w:rPr>
        <w:t>W</w:t>
      </w:r>
      <w:r w:rsidR="00143F50">
        <w:rPr>
          <w:lang w:val="de-DE"/>
        </w:rPr>
        <w:t>e</w:t>
      </w:r>
      <w:r>
        <w:rPr>
          <w:lang w:val="de-DE"/>
        </w:rPr>
        <w:t>I</w:t>
      </w:r>
      <w:r w:rsidR="00143F50">
        <w:rPr>
          <w:lang w:val="de-DE"/>
        </w:rPr>
        <w:t>chen</w:t>
      </w:r>
      <w:proofErr w:type="spellEnd"/>
      <w:r w:rsidR="00143F50">
        <w:rPr>
          <w:lang w:val="de-DE"/>
        </w:rPr>
        <w:t xml:space="preserve"> Ausbildungsberuf strebe ich konkret an</w:t>
      </w:r>
      <w:r>
        <w:rPr>
          <w:lang w:val="de-DE"/>
        </w:rPr>
        <w:t>?</w:t>
      </w:r>
    </w:p>
    <w:p w14:paraId="79678D59" w14:textId="77777777" w:rsidR="00F4762C" w:rsidRDefault="00F4762C" w:rsidP="00F4762C">
      <w:pPr>
        <w:rPr>
          <w:lang w:val="de-DE"/>
        </w:rPr>
      </w:pPr>
    </w:p>
    <w:p w14:paraId="14A67D68" w14:textId="77777777" w:rsidR="00F4762C" w:rsidRDefault="00F4762C" w:rsidP="00F4762C">
      <w:pPr>
        <w:rPr>
          <w:lang w:val="de-DE"/>
        </w:rPr>
      </w:pPr>
    </w:p>
    <w:p w14:paraId="5225ABD0" w14:textId="0311CD54" w:rsidR="00F4762C" w:rsidRDefault="00F4762C" w:rsidP="00F4762C">
      <w:pPr>
        <w:rPr>
          <w:lang w:val="de-DE"/>
        </w:rPr>
      </w:pPr>
      <w:r>
        <w:rPr>
          <w:lang w:val="de-DE"/>
        </w:rPr>
        <w:t>W</w:t>
      </w:r>
      <w:r w:rsidR="00143F50">
        <w:rPr>
          <w:lang w:val="de-DE"/>
        </w:rPr>
        <w:t>o sehe ich derzeit meine größten Schwierigkeiten im Bewerbungsprozess</w:t>
      </w:r>
      <w:r>
        <w:rPr>
          <w:lang w:val="de-DE"/>
        </w:rPr>
        <w:t>?</w:t>
      </w:r>
    </w:p>
    <w:p w14:paraId="0A3D2AC6" w14:textId="77777777" w:rsidR="00F4762C" w:rsidRDefault="00F4762C" w:rsidP="00F4762C">
      <w:pPr>
        <w:rPr>
          <w:lang w:val="de-DE"/>
        </w:rPr>
      </w:pPr>
    </w:p>
    <w:p w14:paraId="679EAA18" w14:textId="77777777" w:rsidR="00F4762C" w:rsidRDefault="00F4762C" w:rsidP="00F4762C">
      <w:pPr>
        <w:rPr>
          <w:lang w:val="de-DE"/>
        </w:rPr>
      </w:pPr>
    </w:p>
    <w:p w14:paraId="4CF05573" w14:textId="0FD9D42F" w:rsidR="00F4762C" w:rsidRDefault="001643C0" w:rsidP="00F4762C">
      <w:pPr>
        <w:rPr>
          <w:lang w:val="de-DE"/>
        </w:rPr>
      </w:pPr>
      <w:r>
        <w:rPr>
          <w:lang w:val="de-DE"/>
        </w:rPr>
        <w:t>Wo gibt es aktuelle offene Ausbildungsstellen</w:t>
      </w:r>
      <w:r w:rsidR="00F4762C">
        <w:rPr>
          <w:lang w:val="de-DE"/>
        </w:rPr>
        <w:t>?</w:t>
      </w:r>
    </w:p>
    <w:p w14:paraId="3B0B0AD9" w14:textId="77777777" w:rsidR="00F4762C" w:rsidRDefault="00F4762C" w:rsidP="00F4762C">
      <w:pPr>
        <w:rPr>
          <w:lang w:val="de-DE"/>
        </w:rPr>
      </w:pPr>
    </w:p>
    <w:p w14:paraId="31ABFA27" w14:textId="77777777" w:rsidR="00F4762C" w:rsidRDefault="00F4762C" w:rsidP="00F4762C">
      <w:pPr>
        <w:rPr>
          <w:lang w:val="de-DE"/>
        </w:rPr>
      </w:pPr>
    </w:p>
    <w:p w14:paraId="2DA88369" w14:textId="577969BE" w:rsidR="00F4762C" w:rsidRDefault="001643C0" w:rsidP="00F4762C">
      <w:pPr>
        <w:rPr>
          <w:lang w:val="de-DE"/>
        </w:rPr>
      </w:pPr>
      <w:r>
        <w:rPr>
          <w:lang w:val="de-DE"/>
        </w:rPr>
        <w:t>Bei wie vielen Betrieben möchte ich mich bewerben</w:t>
      </w:r>
      <w:r w:rsidR="00143F50">
        <w:rPr>
          <w:lang w:val="de-DE"/>
        </w:rPr>
        <w:t>?</w:t>
      </w:r>
    </w:p>
    <w:p w14:paraId="34C6136F" w14:textId="77777777" w:rsidR="00F4762C" w:rsidRDefault="00F4762C" w:rsidP="00F4762C">
      <w:pPr>
        <w:rPr>
          <w:lang w:val="de-DE"/>
        </w:rPr>
      </w:pPr>
    </w:p>
    <w:p w14:paraId="2DE45D52" w14:textId="77777777" w:rsidR="00F4762C" w:rsidRDefault="00F4762C" w:rsidP="00F4762C">
      <w:pPr>
        <w:rPr>
          <w:lang w:val="de-DE"/>
        </w:rPr>
      </w:pPr>
    </w:p>
    <w:p w14:paraId="2CDCDE05" w14:textId="77777777" w:rsidR="00F4762C" w:rsidRPr="00373716" w:rsidRDefault="00F4762C" w:rsidP="00F4762C">
      <w:pPr>
        <w:rPr>
          <w:lang w:val="de-DE"/>
        </w:rPr>
      </w:pPr>
      <w:r w:rsidRPr="00373716">
        <w:rPr>
          <w:lang w:val="de-DE"/>
        </w:rPr>
        <w:t>Notizen: _______________________________________________________________________________________________</w:t>
      </w:r>
    </w:p>
    <w:p w14:paraId="303E2761" w14:textId="77777777" w:rsidR="00F4762C" w:rsidRPr="00373716" w:rsidRDefault="00F4762C" w:rsidP="00F4762C">
      <w:pPr>
        <w:rPr>
          <w:lang w:val="de-DE"/>
        </w:rPr>
      </w:pPr>
      <w:r w:rsidRPr="00373716">
        <w:rPr>
          <w:lang w:val="de-DE"/>
        </w:rPr>
        <w:t>_________________________________________________________________________________________________________</w:t>
      </w:r>
    </w:p>
    <w:p w14:paraId="5B798B9A" w14:textId="77777777" w:rsidR="00F4762C" w:rsidRDefault="00F4762C" w:rsidP="00F4762C">
      <w:pPr>
        <w:rPr>
          <w:lang w:val="de-DE"/>
        </w:rPr>
      </w:pPr>
      <w:r w:rsidRPr="00373716">
        <w:rPr>
          <w:lang w:val="de-DE"/>
        </w:rPr>
        <w:t>_________________________________________________________________________________________________________</w:t>
      </w:r>
    </w:p>
    <w:p w14:paraId="60ED8B34" w14:textId="77777777" w:rsidR="00F4762C" w:rsidRPr="00373716" w:rsidRDefault="00F4762C" w:rsidP="00F4762C">
      <w:pPr>
        <w:rPr>
          <w:lang w:val="de-DE"/>
        </w:rPr>
      </w:pPr>
    </w:p>
    <w:p w14:paraId="14023830" w14:textId="77777777" w:rsidR="00F4762C" w:rsidRPr="00102D5C" w:rsidRDefault="00F4762C" w:rsidP="00F4762C">
      <w:pPr>
        <w:rPr>
          <w:lang w:val="de-DE"/>
        </w:rPr>
      </w:pPr>
    </w:p>
    <w:p w14:paraId="4C456853" w14:textId="77777777" w:rsidR="00F4762C" w:rsidRPr="00102D5C" w:rsidRDefault="00F4762C" w:rsidP="00373716">
      <w:pPr>
        <w:rPr>
          <w:lang w:val="de-DE"/>
        </w:rPr>
      </w:pPr>
    </w:p>
    <w:sectPr w:rsidR="00F4762C" w:rsidRPr="00102D5C" w:rsidSect="00373716"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50515" w14:textId="77777777" w:rsidR="00C613F2" w:rsidRDefault="00C613F2" w:rsidP="00CF4B45">
      <w:pPr>
        <w:spacing w:after="0" w:line="240" w:lineRule="auto"/>
      </w:pPr>
      <w:r>
        <w:separator/>
      </w:r>
    </w:p>
  </w:endnote>
  <w:endnote w:type="continuationSeparator" w:id="0">
    <w:p w14:paraId="62E9FBD7" w14:textId="77777777" w:rsidR="00C613F2" w:rsidRDefault="00C613F2" w:rsidP="00CF4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208"/>
      <w:gridCol w:w="432"/>
    </w:tblGrid>
    <w:tr w:rsidR="00CF4B45" w14:paraId="3CDF482F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caps/>
              <w:color w:val="000000" w:themeColor="text1"/>
            </w:rPr>
            <w:alias w:val="Autor"/>
            <w:tag w:val=""/>
            <w:id w:val="1534539408"/>
            <w:placeholder>
              <w:docPart w:val="711C06328F494C12B7486434BE94EB5F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2E44A393" w14:textId="70ECC880" w:rsidR="00CF4B45" w:rsidRDefault="00CF4B45">
              <w:pPr>
                <w:pStyle w:val="Kopfzeile"/>
                <w:jc w:val="right"/>
                <w:rPr>
                  <w:caps/>
                  <w:color w:val="000000" w:themeColor="text1"/>
                </w:rPr>
              </w:pPr>
              <w:r>
                <w:rPr>
                  <w:caps/>
                  <w:color w:val="000000" w:themeColor="text1"/>
                </w:rPr>
                <w:t>BERUFSWAHL - ZUKUNFTSKONFERENZ</w:t>
              </w:r>
            </w:p>
          </w:sdtContent>
        </w:sdt>
      </w:tc>
      <w:tc>
        <w:tcPr>
          <w:tcW w:w="250" w:type="pct"/>
          <w:shd w:val="clear" w:color="auto" w:fill="C0504D" w:themeFill="accent2"/>
          <w:vAlign w:val="center"/>
        </w:tcPr>
        <w:p w14:paraId="1A43FA1F" w14:textId="53FD3858" w:rsidR="00CF4B45" w:rsidRDefault="00CF4B45" w:rsidP="00A84A2A">
          <w:pPr>
            <w:pStyle w:val="Fuzeile"/>
            <w:tabs>
              <w:tab w:val="clear" w:pos="4680"/>
              <w:tab w:val="clear" w:pos="9360"/>
            </w:tabs>
            <w:rPr>
              <w:color w:val="FFFFFF" w:themeColor="background1"/>
            </w:rPr>
          </w:pPr>
        </w:p>
      </w:tc>
    </w:tr>
  </w:tbl>
  <w:p w14:paraId="32EBCFBC" w14:textId="77777777" w:rsidR="00CF4B45" w:rsidRDefault="00CF4B4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208"/>
      <w:gridCol w:w="432"/>
    </w:tblGrid>
    <w:tr w:rsidR="00F4762C" w14:paraId="2F3708C5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caps/>
              <w:color w:val="000000" w:themeColor="text1"/>
            </w:rPr>
            <w:alias w:val="Autor"/>
            <w:tag w:val=""/>
            <w:id w:val="-434208347"/>
            <w:placeholder>
              <w:docPart w:val="711C06328F494C12B7486434BE94EB5F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7240B124" w14:textId="35A62270" w:rsidR="00F4762C" w:rsidRDefault="00F4762C">
              <w:pPr>
                <w:pStyle w:val="Kopfzeile"/>
                <w:jc w:val="right"/>
                <w:rPr>
                  <w:caps/>
                  <w:color w:val="000000" w:themeColor="text1"/>
                </w:rPr>
              </w:pPr>
              <w:r>
                <w:rPr>
                  <w:caps/>
                  <w:color w:val="000000" w:themeColor="text1"/>
                </w:rPr>
                <w:t>BERUFSWAHL - ZUKUNFTSKONFERENZ</w:t>
              </w:r>
            </w:p>
          </w:sdtContent>
        </w:sdt>
      </w:tc>
      <w:tc>
        <w:tcPr>
          <w:tcW w:w="250" w:type="pct"/>
          <w:shd w:val="clear" w:color="auto" w:fill="C0504D" w:themeFill="accent2"/>
          <w:vAlign w:val="center"/>
        </w:tcPr>
        <w:p w14:paraId="36D89E20" w14:textId="77777777" w:rsidR="00F4762C" w:rsidRDefault="00F4762C" w:rsidP="00A84A2A">
          <w:pPr>
            <w:pStyle w:val="Fuzeile"/>
            <w:tabs>
              <w:tab w:val="clear" w:pos="4680"/>
              <w:tab w:val="clear" w:pos="9360"/>
            </w:tabs>
            <w:rPr>
              <w:color w:val="FFFFFF" w:themeColor="background1"/>
            </w:rPr>
          </w:pPr>
        </w:p>
      </w:tc>
    </w:tr>
  </w:tbl>
  <w:p w14:paraId="6D582A8E" w14:textId="77777777" w:rsidR="00F4762C" w:rsidRDefault="00F4762C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208"/>
      <w:gridCol w:w="432"/>
    </w:tblGrid>
    <w:tr w:rsidR="00F4762C" w14:paraId="26733A25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caps/>
              <w:color w:val="000000" w:themeColor="text1"/>
            </w:rPr>
            <w:alias w:val="Autor"/>
            <w:tag w:val=""/>
            <w:id w:val="-1549683832"/>
            <w:placeholder>
              <w:docPart w:val="711C06328F494C12B7486434BE94EB5F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6F21E1E6" w14:textId="6D1C3685" w:rsidR="00F4762C" w:rsidRDefault="00F4762C">
              <w:pPr>
                <w:pStyle w:val="Kopfzeile"/>
                <w:jc w:val="right"/>
                <w:rPr>
                  <w:caps/>
                  <w:color w:val="000000" w:themeColor="text1"/>
                </w:rPr>
              </w:pPr>
              <w:r>
                <w:rPr>
                  <w:caps/>
                  <w:color w:val="000000" w:themeColor="text1"/>
                </w:rPr>
                <w:t>BERUFSWAHL - ZUKUNFTSKONFERENZ</w:t>
              </w:r>
            </w:p>
          </w:sdtContent>
        </w:sdt>
      </w:tc>
      <w:tc>
        <w:tcPr>
          <w:tcW w:w="250" w:type="pct"/>
          <w:shd w:val="clear" w:color="auto" w:fill="C0504D" w:themeFill="accent2"/>
          <w:vAlign w:val="center"/>
        </w:tcPr>
        <w:p w14:paraId="01E417D7" w14:textId="77777777" w:rsidR="00F4762C" w:rsidRDefault="00F4762C" w:rsidP="00A84A2A">
          <w:pPr>
            <w:pStyle w:val="Fuzeile"/>
            <w:tabs>
              <w:tab w:val="clear" w:pos="4680"/>
              <w:tab w:val="clear" w:pos="9360"/>
            </w:tabs>
            <w:rPr>
              <w:color w:val="FFFFFF" w:themeColor="background1"/>
            </w:rPr>
          </w:pPr>
        </w:p>
      </w:tc>
    </w:tr>
  </w:tbl>
  <w:p w14:paraId="2D8A6946" w14:textId="77777777" w:rsidR="00F4762C" w:rsidRDefault="00F4762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4EE11" w14:textId="77777777" w:rsidR="00C613F2" w:rsidRDefault="00C613F2" w:rsidP="00CF4B45">
      <w:pPr>
        <w:spacing w:after="0" w:line="240" w:lineRule="auto"/>
      </w:pPr>
      <w:r>
        <w:separator/>
      </w:r>
    </w:p>
  </w:footnote>
  <w:footnote w:type="continuationSeparator" w:id="0">
    <w:p w14:paraId="73B585D9" w14:textId="77777777" w:rsidR="00C613F2" w:rsidRDefault="00C613F2" w:rsidP="00CF4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shd w:val="clear" w:color="auto" w:fill="C0504D" w:themeFill="accent2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1616"/>
      <w:gridCol w:w="7024"/>
    </w:tblGrid>
    <w:tr w:rsidR="00A84A2A" w14:paraId="5853EFD0" w14:textId="77777777">
      <w:trPr>
        <w:jc w:val="right"/>
      </w:trPr>
      <w:tc>
        <w:tcPr>
          <w:tcW w:w="0" w:type="auto"/>
          <w:shd w:val="clear" w:color="auto" w:fill="C0504D" w:themeFill="accent2"/>
          <w:vAlign w:val="center"/>
        </w:tcPr>
        <w:p w14:paraId="3D9EE984" w14:textId="77777777" w:rsidR="00A84A2A" w:rsidRDefault="00A84A2A">
          <w:pPr>
            <w:pStyle w:val="Kopfzeile"/>
            <w:rPr>
              <w:caps/>
              <w:color w:val="FFFFFF" w:themeColor="background1"/>
            </w:rPr>
          </w:pPr>
        </w:p>
      </w:tc>
      <w:tc>
        <w:tcPr>
          <w:tcW w:w="0" w:type="auto"/>
          <w:shd w:val="clear" w:color="auto" w:fill="C0504D" w:themeFill="accent2"/>
          <w:vAlign w:val="center"/>
        </w:tcPr>
        <w:p w14:paraId="1471443F" w14:textId="28D03878" w:rsidR="00A84A2A" w:rsidRDefault="00A84A2A">
          <w:pPr>
            <w:pStyle w:val="Kopfzeile"/>
            <w:jc w:val="right"/>
            <w:rPr>
              <w:caps/>
              <w:color w:val="FFFFFF" w:themeColor="background1"/>
            </w:rPr>
          </w:pPr>
          <w:r>
            <w:rPr>
              <w:caps/>
              <w:color w:val="FFFFFF" w:themeColor="background1"/>
              <w:lang w:val="de-DE"/>
            </w:rPr>
            <w:t xml:space="preserve"> </w:t>
          </w:r>
          <w:sdt>
            <w:sdtPr>
              <w:rPr>
                <w:caps/>
                <w:color w:val="FFFFFF" w:themeColor="background1"/>
              </w:rPr>
              <w:alias w:val="Titel"/>
              <w:tag w:val=""/>
              <w:id w:val="-773790484"/>
              <w:placeholder>
                <w:docPart w:val="4DEC7818E43D475BB68963C960289CF9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caps/>
                  <w:color w:val="FFFFFF" w:themeColor="background1"/>
                </w:rPr>
                <w:t>[NAME]</w:t>
              </w:r>
            </w:sdtContent>
          </w:sdt>
        </w:p>
      </w:tc>
    </w:tr>
  </w:tbl>
  <w:p w14:paraId="2A98287B" w14:textId="77777777" w:rsidR="00A84A2A" w:rsidRDefault="00A84A2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shd w:val="clear" w:color="auto" w:fill="C0504D" w:themeFill="accent2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1616"/>
      <w:gridCol w:w="7024"/>
    </w:tblGrid>
    <w:tr w:rsidR="00F4762C" w14:paraId="7DF562C5" w14:textId="77777777">
      <w:trPr>
        <w:jc w:val="right"/>
      </w:trPr>
      <w:tc>
        <w:tcPr>
          <w:tcW w:w="0" w:type="auto"/>
          <w:shd w:val="clear" w:color="auto" w:fill="C0504D" w:themeFill="accent2"/>
          <w:vAlign w:val="center"/>
        </w:tcPr>
        <w:p w14:paraId="3B825550" w14:textId="77777777" w:rsidR="00F4762C" w:rsidRDefault="00F4762C">
          <w:pPr>
            <w:pStyle w:val="Kopfzeile"/>
            <w:rPr>
              <w:caps/>
              <w:color w:val="FFFFFF" w:themeColor="background1"/>
            </w:rPr>
          </w:pPr>
        </w:p>
      </w:tc>
      <w:tc>
        <w:tcPr>
          <w:tcW w:w="0" w:type="auto"/>
          <w:shd w:val="clear" w:color="auto" w:fill="C0504D" w:themeFill="accent2"/>
          <w:vAlign w:val="center"/>
        </w:tcPr>
        <w:p w14:paraId="120FA9E5" w14:textId="538F25B3" w:rsidR="00F4762C" w:rsidRDefault="00F4762C">
          <w:pPr>
            <w:pStyle w:val="Kopfzeile"/>
            <w:jc w:val="right"/>
            <w:rPr>
              <w:caps/>
              <w:color w:val="FFFFFF" w:themeColor="background1"/>
            </w:rPr>
          </w:pPr>
          <w:r>
            <w:rPr>
              <w:caps/>
              <w:color w:val="FFFFFF" w:themeColor="background1"/>
              <w:lang w:val="de-DE"/>
            </w:rPr>
            <w:t xml:space="preserve"> </w:t>
          </w:r>
          <w:sdt>
            <w:sdtPr>
              <w:rPr>
                <w:caps/>
                <w:color w:val="FFFFFF" w:themeColor="background1"/>
              </w:rPr>
              <w:alias w:val="Titel"/>
              <w:tag w:val=""/>
              <w:id w:val="1169296176"/>
              <w:placeholder>
                <w:docPart w:val="4DEC7818E43D475BB68963C960289CF9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caps/>
                  <w:color w:val="FFFFFF" w:themeColor="background1"/>
                </w:rPr>
                <w:t>[NAME]</w:t>
              </w:r>
            </w:sdtContent>
          </w:sdt>
        </w:p>
      </w:tc>
    </w:tr>
  </w:tbl>
  <w:p w14:paraId="49DB22B1" w14:textId="77777777" w:rsidR="00F4762C" w:rsidRDefault="00F4762C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shd w:val="clear" w:color="auto" w:fill="C0504D" w:themeFill="accent2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1616"/>
      <w:gridCol w:w="7024"/>
    </w:tblGrid>
    <w:tr w:rsidR="00F4762C" w14:paraId="035B38E8" w14:textId="77777777">
      <w:trPr>
        <w:jc w:val="right"/>
      </w:trPr>
      <w:tc>
        <w:tcPr>
          <w:tcW w:w="0" w:type="auto"/>
          <w:shd w:val="clear" w:color="auto" w:fill="C0504D" w:themeFill="accent2"/>
          <w:vAlign w:val="center"/>
        </w:tcPr>
        <w:p w14:paraId="6EBBB695" w14:textId="77777777" w:rsidR="00F4762C" w:rsidRDefault="00F4762C">
          <w:pPr>
            <w:pStyle w:val="Kopfzeile"/>
            <w:rPr>
              <w:caps/>
              <w:color w:val="FFFFFF" w:themeColor="background1"/>
            </w:rPr>
          </w:pPr>
        </w:p>
      </w:tc>
      <w:tc>
        <w:tcPr>
          <w:tcW w:w="0" w:type="auto"/>
          <w:shd w:val="clear" w:color="auto" w:fill="C0504D" w:themeFill="accent2"/>
          <w:vAlign w:val="center"/>
        </w:tcPr>
        <w:p w14:paraId="32585FAD" w14:textId="2E577B26" w:rsidR="00F4762C" w:rsidRDefault="00F4762C">
          <w:pPr>
            <w:pStyle w:val="Kopfzeile"/>
            <w:jc w:val="right"/>
            <w:rPr>
              <w:caps/>
              <w:color w:val="FFFFFF" w:themeColor="background1"/>
            </w:rPr>
          </w:pPr>
          <w:r>
            <w:rPr>
              <w:caps/>
              <w:color w:val="FFFFFF" w:themeColor="background1"/>
              <w:lang w:val="de-DE"/>
            </w:rPr>
            <w:t xml:space="preserve"> </w:t>
          </w:r>
          <w:sdt>
            <w:sdtPr>
              <w:rPr>
                <w:caps/>
                <w:color w:val="FFFFFF" w:themeColor="background1"/>
              </w:rPr>
              <w:alias w:val="Titel"/>
              <w:tag w:val=""/>
              <w:id w:val="1128825266"/>
              <w:placeholder>
                <w:docPart w:val="4DEC7818E43D475BB68963C960289CF9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caps/>
                  <w:color w:val="FFFFFF" w:themeColor="background1"/>
                </w:rPr>
                <w:t>[NAME]</w:t>
              </w:r>
            </w:sdtContent>
          </w:sdt>
        </w:p>
      </w:tc>
    </w:tr>
  </w:tbl>
  <w:p w14:paraId="5DA2D394" w14:textId="77777777" w:rsidR="00F4762C" w:rsidRDefault="00F4762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07140789">
    <w:abstractNumId w:val="8"/>
  </w:num>
  <w:num w:numId="2" w16cid:durableId="1195919864">
    <w:abstractNumId w:val="6"/>
  </w:num>
  <w:num w:numId="3" w16cid:durableId="1595892309">
    <w:abstractNumId w:val="5"/>
  </w:num>
  <w:num w:numId="4" w16cid:durableId="93746917">
    <w:abstractNumId w:val="4"/>
  </w:num>
  <w:num w:numId="5" w16cid:durableId="779955378">
    <w:abstractNumId w:val="7"/>
  </w:num>
  <w:num w:numId="6" w16cid:durableId="347026513">
    <w:abstractNumId w:val="3"/>
  </w:num>
  <w:num w:numId="7" w16cid:durableId="1218083155">
    <w:abstractNumId w:val="2"/>
  </w:num>
  <w:num w:numId="8" w16cid:durableId="1687056441">
    <w:abstractNumId w:val="1"/>
  </w:num>
  <w:num w:numId="9" w16cid:durableId="1042022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02D5C"/>
    <w:rsid w:val="001344DC"/>
    <w:rsid w:val="00143F50"/>
    <w:rsid w:val="0015074B"/>
    <w:rsid w:val="001643C0"/>
    <w:rsid w:val="0029639D"/>
    <w:rsid w:val="00326F90"/>
    <w:rsid w:val="00373716"/>
    <w:rsid w:val="003D0F22"/>
    <w:rsid w:val="00401902"/>
    <w:rsid w:val="004E781C"/>
    <w:rsid w:val="005225DB"/>
    <w:rsid w:val="005E05FF"/>
    <w:rsid w:val="0087202E"/>
    <w:rsid w:val="009056D8"/>
    <w:rsid w:val="00A175EC"/>
    <w:rsid w:val="00A84A2A"/>
    <w:rsid w:val="00AA1D8D"/>
    <w:rsid w:val="00B47730"/>
    <w:rsid w:val="00C613F2"/>
    <w:rsid w:val="00CB0664"/>
    <w:rsid w:val="00CF4B45"/>
    <w:rsid w:val="00D96CA5"/>
    <w:rsid w:val="00F4762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E60981"/>
  <w14:defaultImageDpi w14:val="300"/>
  <w15:docId w15:val="{E7E69914-E838-4B55-91FA-1F1A5D9A2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tabs>
        <w:tab w:val="clear" w:pos="720"/>
        <w:tab w:val="num" w:pos="360"/>
      </w:tabs>
      <w:ind w:left="0" w:firstLine="0"/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1C06328F494C12B7486434BE94EB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29849B1-7C02-4963-AC74-2D64DCEDCCF8}"/>
      </w:docPartPr>
      <w:docPartBody>
        <w:p w:rsidR="00236594" w:rsidRDefault="000B16A0" w:rsidP="000B16A0">
          <w:pPr>
            <w:pStyle w:val="711C06328F494C12B7486434BE94EB5F"/>
          </w:pPr>
          <w:r>
            <w:rPr>
              <w:caps/>
              <w:color w:val="FFFFFF" w:themeColor="background1"/>
            </w:rPr>
            <w:t>[Name des Autors]</w:t>
          </w:r>
        </w:p>
      </w:docPartBody>
    </w:docPart>
    <w:docPart>
      <w:docPartPr>
        <w:name w:val="4DEC7818E43D475BB68963C960289C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D0870A-4A0F-4916-BB58-91C310863050}"/>
      </w:docPartPr>
      <w:docPartBody>
        <w:p w:rsidR="00890BBF" w:rsidRDefault="00236594" w:rsidP="00236594">
          <w:pPr>
            <w:pStyle w:val="4DEC7818E43D475BB68963C960289CF9"/>
          </w:pPr>
          <w:r>
            <w:rPr>
              <w:caps/>
              <w:color w:val="FFFFFF" w:themeColor="background1"/>
            </w:rPr>
            <w:t>[Dokumenttitel]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6A0"/>
    <w:rsid w:val="000B16A0"/>
    <w:rsid w:val="00101DB5"/>
    <w:rsid w:val="00236594"/>
    <w:rsid w:val="004E781C"/>
    <w:rsid w:val="005E05FF"/>
    <w:rsid w:val="00890BBF"/>
    <w:rsid w:val="00A175EC"/>
    <w:rsid w:val="00A90C05"/>
    <w:rsid w:val="00AA00CA"/>
    <w:rsid w:val="00FC0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711C06328F494C12B7486434BE94EB5F">
    <w:name w:val="711C06328F494C12B7486434BE94EB5F"/>
    <w:rsid w:val="000B16A0"/>
  </w:style>
  <w:style w:type="character" w:styleId="Platzhaltertext">
    <w:name w:val="Placeholder Text"/>
    <w:basedOn w:val="Absatz-Standardschriftart"/>
    <w:uiPriority w:val="99"/>
    <w:semiHidden/>
    <w:rsid w:val="00236594"/>
    <w:rPr>
      <w:color w:val="808080"/>
    </w:rPr>
  </w:style>
  <w:style w:type="paragraph" w:customStyle="1" w:styleId="4DEC7818E43D475BB68963C960289CF9">
    <w:name w:val="4DEC7818E43D475BB68963C960289CF9"/>
    <w:rsid w:val="002365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281</Words>
  <Characters>1771</Characters>
  <Application>Microsoft Office Word</Application>
  <DocSecurity>0</DocSecurity>
  <Lines>14</Lines>
  <Paragraphs>4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Überschriften</vt:lpstr>
      </vt:variant>
      <vt:variant>
        <vt:i4>15</vt:i4>
      </vt:variant>
      <vt:variant>
        <vt:lpstr>Title</vt:lpstr>
      </vt:variant>
      <vt:variant>
        <vt:i4>1</vt:i4>
      </vt:variant>
    </vt:vector>
  </HeadingPairs>
  <TitlesOfParts>
    <vt:vector size="17" baseType="lpstr">
      <vt:lpstr>[NAME]</vt:lpstr>
      <vt:lpstr>/Dokumentation – BerufswahlCamp I &amp; II / AusbildungsMarathon</vt:lpstr>
      <vt:lpstr>    Ergebnisse und Erkenntnisse aus den Modulen:</vt:lpstr>
      <vt:lpstr>    </vt:lpstr>
      <vt:lpstr>    </vt:lpstr>
      <vt:lpstr>    BerufswahlCamp I – Meine Ergebnisse:</vt:lpstr>
      <vt:lpstr>/Dokumentation – BerufswahlCamp II</vt:lpstr>
      <vt:lpstr>    Ergebnisse und Erkenntnisse aus den Modulen:</vt:lpstr>
      <vt:lpstr>    </vt:lpstr>
      <vt:lpstr>    </vt:lpstr>
      <vt:lpstr>    BerufswahlCamp II – Meine Ergebnisse:</vt:lpstr>
      <vt:lpstr>/Dokumentation – Ausbildungsmarathon</vt:lpstr>
      <vt:lpstr>    Ergebnisse und Erkenntnisse aus den Modulen:</vt:lpstr>
      <vt:lpstr>    </vt:lpstr>
      <vt:lpstr>    </vt:lpstr>
      <vt:lpstr>    Ausbildungsmarathon – Meine Ergebnisse:</vt:lpstr>
      <vt:lpstr/>
    </vt:vector>
  </TitlesOfParts>
  <Manager/>
  <Company/>
  <LinksUpToDate>false</LinksUpToDate>
  <CharactersWithSpaces>2048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[NAME]</dc:title>
  <dc:subject/>
  <dc:creator>BERUFSWAHL - ZUKUNFTSKONFERENZ</dc:creator>
  <cp:keywords/>
  <dc:description>generated by python-docx</dc:description>
  <cp:lastModifiedBy>Markus Günther</cp:lastModifiedBy>
  <cp:revision>5</cp:revision>
  <dcterms:created xsi:type="dcterms:W3CDTF">2026-03-09T08:39:00Z</dcterms:created>
  <dcterms:modified xsi:type="dcterms:W3CDTF">2026-03-09T16:03:00Z</dcterms:modified>
  <cp:category/>
</cp:coreProperties>
</file>